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F21FA" w14:textId="19CAFCA9" w:rsidR="00483A65" w:rsidRPr="00BE7E48" w:rsidRDefault="00D15875" w:rsidP="00F506F3">
      <w:pPr>
        <w:spacing w:before="200" w:after="80"/>
        <w:jc w:val="center"/>
        <w:rPr>
          <w:lang w:val="pt-BR"/>
        </w:rPr>
      </w:pPr>
      <w:r w:rsidRPr="00BE7E48">
        <w:rPr>
          <w:b/>
          <w:sz w:val="24"/>
          <w:lang w:val="pt-BR"/>
        </w:rPr>
        <w:t xml:space="preserve">ANEXO </w:t>
      </w:r>
      <w:r w:rsidR="00211C2F">
        <w:rPr>
          <w:b/>
          <w:sz w:val="24"/>
          <w:lang w:val="pt-BR"/>
        </w:rPr>
        <w:t>I</w:t>
      </w:r>
      <w:r w:rsidRPr="00BE7E48">
        <w:rPr>
          <w:b/>
          <w:sz w:val="24"/>
          <w:lang w:val="pt-BR"/>
        </w:rPr>
        <w:t>V – EDITAL Nº 01/2026 PROFSAÚDE/UFS</w:t>
      </w:r>
    </w:p>
    <w:p w14:paraId="4A675F7E" w14:textId="77777777" w:rsidR="00483A65" w:rsidRPr="00BE7E48" w:rsidRDefault="00D15875">
      <w:pPr>
        <w:spacing w:after="80"/>
        <w:jc w:val="center"/>
        <w:rPr>
          <w:lang w:val="pt-BR"/>
        </w:rPr>
      </w:pPr>
      <w:r w:rsidRPr="00BE7E48">
        <w:rPr>
          <w:b/>
          <w:sz w:val="24"/>
          <w:lang w:val="pt-BR"/>
        </w:rPr>
        <w:t>FORMULÁRIO DE RECURSO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03"/>
        <w:gridCol w:w="4703"/>
      </w:tblGrid>
      <w:tr w:rsidR="00483A65" w:rsidRPr="00BE7E48" w14:paraId="7E1B583B" w14:textId="77777777">
        <w:trPr>
          <w:jc w:val="center"/>
        </w:trPr>
        <w:tc>
          <w:tcPr>
            <w:tcW w:w="4703" w:type="dxa"/>
            <w:shd w:val="clear" w:color="auto" w:fill="D9E1F2"/>
            <w:vAlign w:val="center"/>
          </w:tcPr>
          <w:p w14:paraId="7AC73F49" w14:textId="77777777" w:rsidR="00483A65" w:rsidRPr="00BE7E48" w:rsidRDefault="00D15875">
            <w:pPr>
              <w:jc w:val="center"/>
              <w:rPr>
                <w:lang w:val="pt-BR"/>
              </w:rPr>
            </w:pPr>
            <w:r w:rsidRPr="00BE7E48">
              <w:rPr>
                <w:b/>
                <w:sz w:val="18"/>
                <w:lang w:val="pt-BR"/>
              </w:rPr>
              <w:t>IDENTIFICAÇÃO</w:t>
            </w:r>
          </w:p>
        </w:tc>
        <w:tc>
          <w:tcPr>
            <w:tcW w:w="4703" w:type="dxa"/>
            <w:shd w:val="clear" w:color="auto" w:fill="D9E1F2"/>
            <w:vAlign w:val="center"/>
          </w:tcPr>
          <w:p w14:paraId="48D3BD8B" w14:textId="77777777" w:rsidR="00483A65" w:rsidRPr="00BE7E48" w:rsidRDefault="00D15875">
            <w:pPr>
              <w:jc w:val="center"/>
              <w:rPr>
                <w:lang w:val="pt-BR"/>
              </w:rPr>
            </w:pPr>
            <w:r w:rsidRPr="00BE7E48">
              <w:rPr>
                <w:b/>
                <w:sz w:val="18"/>
                <w:lang w:val="pt-BR"/>
              </w:rPr>
              <w:t>INFORMAÇÃO</w:t>
            </w:r>
          </w:p>
        </w:tc>
      </w:tr>
      <w:tr w:rsidR="00483A65" w:rsidRPr="00BE7E48" w14:paraId="5466E2C9" w14:textId="77777777">
        <w:trPr>
          <w:jc w:val="center"/>
        </w:trPr>
        <w:tc>
          <w:tcPr>
            <w:tcW w:w="4703" w:type="dxa"/>
            <w:vAlign w:val="center"/>
          </w:tcPr>
          <w:p w14:paraId="7A14CE5C" w14:textId="77777777" w:rsidR="00483A65" w:rsidRPr="00BE7E48" w:rsidRDefault="00D15875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Nome do candidato</w:t>
            </w:r>
          </w:p>
        </w:tc>
        <w:tc>
          <w:tcPr>
            <w:tcW w:w="4703" w:type="dxa"/>
            <w:vAlign w:val="center"/>
          </w:tcPr>
          <w:p w14:paraId="0B3D9417" w14:textId="77777777" w:rsidR="00483A65" w:rsidRPr="00BE7E48" w:rsidRDefault="00483A65">
            <w:pPr>
              <w:rPr>
                <w:lang w:val="pt-BR"/>
              </w:rPr>
            </w:pPr>
          </w:p>
        </w:tc>
      </w:tr>
      <w:tr w:rsidR="00483A65" w:rsidRPr="00BE7E48" w14:paraId="6367C1B3" w14:textId="77777777">
        <w:trPr>
          <w:jc w:val="center"/>
        </w:trPr>
        <w:tc>
          <w:tcPr>
            <w:tcW w:w="4703" w:type="dxa"/>
            <w:vAlign w:val="center"/>
          </w:tcPr>
          <w:p w14:paraId="0A172E36" w14:textId="77777777" w:rsidR="00483A65" w:rsidRPr="00BE7E48" w:rsidRDefault="00D15875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CPF</w:t>
            </w:r>
          </w:p>
        </w:tc>
        <w:tc>
          <w:tcPr>
            <w:tcW w:w="4703" w:type="dxa"/>
            <w:vAlign w:val="center"/>
          </w:tcPr>
          <w:p w14:paraId="36548464" w14:textId="77777777" w:rsidR="00483A65" w:rsidRPr="00BE7E48" w:rsidRDefault="00483A65">
            <w:pPr>
              <w:rPr>
                <w:lang w:val="pt-BR"/>
              </w:rPr>
            </w:pPr>
          </w:p>
        </w:tc>
      </w:tr>
      <w:tr w:rsidR="00483A65" w:rsidRPr="00BE7E48" w14:paraId="0DE75F88" w14:textId="77777777">
        <w:trPr>
          <w:jc w:val="center"/>
        </w:trPr>
        <w:tc>
          <w:tcPr>
            <w:tcW w:w="4703" w:type="dxa"/>
            <w:vAlign w:val="center"/>
          </w:tcPr>
          <w:p w14:paraId="1E7ED3E9" w14:textId="77777777" w:rsidR="00483A65" w:rsidRPr="00BE7E48" w:rsidRDefault="00D15875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RG / Emissor</w:t>
            </w:r>
          </w:p>
        </w:tc>
        <w:tc>
          <w:tcPr>
            <w:tcW w:w="4703" w:type="dxa"/>
            <w:vAlign w:val="center"/>
          </w:tcPr>
          <w:p w14:paraId="029449FF" w14:textId="77777777" w:rsidR="00483A65" w:rsidRPr="00BE7E48" w:rsidRDefault="00483A65">
            <w:pPr>
              <w:rPr>
                <w:lang w:val="pt-BR"/>
              </w:rPr>
            </w:pPr>
          </w:p>
        </w:tc>
      </w:tr>
      <w:tr w:rsidR="00483A65" w:rsidRPr="00BE7E48" w14:paraId="30D95D4A" w14:textId="77777777">
        <w:trPr>
          <w:jc w:val="center"/>
        </w:trPr>
        <w:tc>
          <w:tcPr>
            <w:tcW w:w="4703" w:type="dxa"/>
            <w:vAlign w:val="center"/>
          </w:tcPr>
          <w:p w14:paraId="0048981D" w14:textId="77777777" w:rsidR="00483A65" w:rsidRPr="00BE7E48" w:rsidRDefault="00D15875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E-mail</w:t>
            </w:r>
          </w:p>
        </w:tc>
        <w:tc>
          <w:tcPr>
            <w:tcW w:w="4703" w:type="dxa"/>
            <w:vAlign w:val="center"/>
          </w:tcPr>
          <w:p w14:paraId="7C004163" w14:textId="77777777" w:rsidR="00483A65" w:rsidRPr="00BE7E48" w:rsidRDefault="00483A65">
            <w:pPr>
              <w:rPr>
                <w:lang w:val="pt-BR"/>
              </w:rPr>
            </w:pPr>
          </w:p>
        </w:tc>
      </w:tr>
      <w:tr w:rsidR="00483A65" w:rsidRPr="00BE7E48" w14:paraId="2054995A" w14:textId="77777777">
        <w:trPr>
          <w:jc w:val="center"/>
        </w:trPr>
        <w:tc>
          <w:tcPr>
            <w:tcW w:w="4703" w:type="dxa"/>
            <w:vAlign w:val="center"/>
          </w:tcPr>
          <w:p w14:paraId="1DDCBE5F" w14:textId="77777777" w:rsidR="00483A65" w:rsidRPr="00BE7E48" w:rsidRDefault="00D15875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Celular</w:t>
            </w:r>
          </w:p>
        </w:tc>
        <w:tc>
          <w:tcPr>
            <w:tcW w:w="4703" w:type="dxa"/>
            <w:vAlign w:val="center"/>
          </w:tcPr>
          <w:p w14:paraId="387FF7DD" w14:textId="77777777" w:rsidR="00483A65" w:rsidRPr="00BE7E48" w:rsidRDefault="00483A65">
            <w:pPr>
              <w:rPr>
                <w:lang w:val="pt-BR"/>
              </w:rPr>
            </w:pPr>
          </w:p>
        </w:tc>
      </w:tr>
      <w:tr w:rsidR="00483A65" w:rsidRPr="00BE7E48" w14:paraId="5899F579" w14:textId="77777777">
        <w:trPr>
          <w:jc w:val="center"/>
        </w:trPr>
        <w:tc>
          <w:tcPr>
            <w:tcW w:w="4703" w:type="dxa"/>
            <w:vAlign w:val="center"/>
          </w:tcPr>
          <w:p w14:paraId="688BD0C8" w14:textId="77777777" w:rsidR="00483A65" w:rsidRPr="00BE7E48" w:rsidRDefault="00D15875">
            <w:pPr>
              <w:rPr>
                <w:lang w:val="pt-BR"/>
              </w:rPr>
            </w:pPr>
            <w:r w:rsidRPr="00BE7E48">
              <w:rPr>
                <w:sz w:val="18"/>
                <w:lang w:val="pt-BR"/>
              </w:rPr>
              <w:t>Categoria</w:t>
            </w:r>
          </w:p>
        </w:tc>
        <w:tc>
          <w:tcPr>
            <w:tcW w:w="4703" w:type="dxa"/>
            <w:vAlign w:val="center"/>
          </w:tcPr>
          <w:p w14:paraId="56D5869C" w14:textId="77777777" w:rsidR="00483A65" w:rsidRPr="00BE7E48" w:rsidRDefault="00D15875">
            <w:pPr>
              <w:rPr>
                <w:lang w:val="pt-BR"/>
              </w:rPr>
            </w:pPr>
            <w:proofErr w:type="gramStart"/>
            <w:r w:rsidRPr="00BE7E48">
              <w:rPr>
                <w:sz w:val="18"/>
                <w:lang w:val="pt-BR"/>
              </w:rPr>
              <w:t>( )</w:t>
            </w:r>
            <w:proofErr w:type="gramEnd"/>
            <w:r w:rsidRPr="00BE7E48">
              <w:rPr>
                <w:sz w:val="18"/>
                <w:lang w:val="pt-BR"/>
              </w:rPr>
              <w:t xml:space="preserve"> Permanente   ( ) Colaborador</w:t>
            </w:r>
          </w:p>
        </w:tc>
      </w:tr>
    </w:tbl>
    <w:p w14:paraId="256B04E4" w14:textId="77777777" w:rsidR="00483A65" w:rsidRPr="00BE7E48" w:rsidRDefault="00D15875">
      <w:pPr>
        <w:spacing w:before="200" w:after="80"/>
        <w:rPr>
          <w:lang w:val="pt-BR"/>
        </w:rPr>
      </w:pPr>
      <w:r w:rsidRPr="00BE7E48">
        <w:rPr>
          <w:b/>
          <w:sz w:val="24"/>
          <w:lang w:val="pt-BR"/>
        </w:rPr>
        <w:t>SOLICITAÇÃO DE REVISÃO</w:t>
      </w:r>
    </w:p>
    <w:p w14:paraId="02EDD8F5" w14:textId="77777777" w:rsidR="00BD0D85" w:rsidRDefault="00D15875">
      <w:pPr>
        <w:spacing w:after="80" w:line="252" w:lineRule="auto"/>
        <w:jc w:val="both"/>
        <w:rPr>
          <w:lang w:val="pt-BR"/>
        </w:rPr>
      </w:pPr>
      <w:proofErr w:type="gramStart"/>
      <w:r w:rsidRPr="00BE7E48">
        <w:rPr>
          <w:lang w:val="pt-BR"/>
        </w:rPr>
        <w:t>( )</w:t>
      </w:r>
      <w:proofErr w:type="gramEnd"/>
      <w:r w:rsidRPr="00BE7E48">
        <w:rPr>
          <w:lang w:val="pt-BR"/>
        </w:rPr>
        <w:t xml:space="preserve"> Homologação da inscrição    </w:t>
      </w:r>
    </w:p>
    <w:p w14:paraId="5E4A82C3" w14:textId="77777777" w:rsidR="00BD0D85" w:rsidRDefault="00D15875">
      <w:pPr>
        <w:spacing w:after="80" w:line="252" w:lineRule="auto"/>
        <w:jc w:val="both"/>
        <w:rPr>
          <w:lang w:val="pt-BR"/>
        </w:rPr>
      </w:pPr>
      <w:proofErr w:type="gramStart"/>
      <w:r w:rsidRPr="00BE7E48">
        <w:rPr>
          <w:lang w:val="pt-BR"/>
        </w:rPr>
        <w:t>( )</w:t>
      </w:r>
      <w:proofErr w:type="gramEnd"/>
      <w:r w:rsidRPr="00BE7E48">
        <w:rPr>
          <w:lang w:val="pt-BR"/>
        </w:rPr>
        <w:t xml:space="preserve"> Plano de Trabalho    </w:t>
      </w:r>
    </w:p>
    <w:p w14:paraId="43DCDB1F" w14:textId="77777777" w:rsidR="00BD0D85" w:rsidRDefault="00D15875">
      <w:pPr>
        <w:spacing w:after="80" w:line="252" w:lineRule="auto"/>
        <w:jc w:val="both"/>
        <w:rPr>
          <w:lang w:val="pt-BR"/>
        </w:rPr>
      </w:pPr>
      <w:proofErr w:type="gramStart"/>
      <w:r w:rsidRPr="00BE7E48">
        <w:rPr>
          <w:lang w:val="pt-BR"/>
        </w:rPr>
        <w:t>( )</w:t>
      </w:r>
      <w:proofErr w:type="gramEnd"/>
      <w:r w:rsidRPr="00BE7E48">
        <w:rPr>
          <w:lang w:val="pt-BR"/>
        </w:rPr>
        <w:t xml:space="preserve"> Produção bibliográfica    </w:t>
      </w:r>
    </w:p>
    <w:p w14:paraId="4234E5F3" w14:textId="77777777" w:rsidR="00BD0D85" w:rsidRDefault="00D15875">
      <w:pPr>
        <w:spacing w:after="80" w:line="252" w:lineRule="auto"/>
        <w:jc w:val="both"/>
        <w:rPr>
          <w:lang w:val="pt-BR"/>
        </w:rPr>
      </w:pPr>
      <w:proofErr w:type="gramStart"/>
      <w:r w:rsidRPr="00BE7E48">
        <w:rPr>
          <w:lang w:val="pt-BR"/>
        </w:rPr>
        <w:t>( )</w:t>
      </w:r>
      <w:proofErr w:type="gramEnd"/>
      <w:r w:rsidRPr="00BE7E48">
        <w:rPr>
          <w:lang w:val="pt-BR"/>
        </w:rPr>
        <w:t xml:space="preserve"> Produção técnico-tecnológica    </w:t>
      </w:r>
    </w:p>
    <w:p w14:paraId="15A761D1" w14:textId="02666649" w:rsidR="00483A65" w:rsidRDefault="00D15875">
      <w:pPr>
        <w:spacing w:after="80" w:line="252" w:lineRule="auto"/>
        <w:jc w:val="both"/>
        <w:rPr>
          <w:lang w:val="pt-BR"/>
        </w:rPr>
      </w:pPr>
      <w:proofErr w:type="gramStart"/>
      <w:r w:rsidRPr="00BE7E48">
        <w:rPr>
          <w:lang w:val="pt-BR"/>
        </w:rPr>
        <w:t>( )</w:t>
      </w:r>
      <w:proofErr w:type="gramEnd"/>
      <w:r w:rsidRPr="00BE7E48">
        <w:rPr>
          <w:lang w:val="pt-BR"/>
        </w:rPr>
        <w:t xml:space="preserve"> Classificação</w:t>
      </w:r>
    </w:p>
    <w:p w14:paraId="2D6EAB2E" w14:textId="77777777" w:rsidR="00BD0D85" w:rsidRPr="00BE7E48" w:rsidRDefault="00BD0D85">
      <w:pPr>
        <w:spacing w:after="80" w:line="252" w:lineRule="auto"/>
        <w:jc w:val="both"/>
        <w:rPr>
          <w:lang w:val="pt-BR"/>
        </w:rPr>
      </w:pPr>
    </w:p>
    <w:p w14:paraId="5061040A" w14:textId="77777777" w:rsidR="00BD0D85" w:rsidRDefault="00D15875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>ARGUMENTAÇÃO LÓGICA E CONSISTENTE DO CANDIDATO:</w:t>
      </w:r>
    </w:p>
    <w:p w14:paraId="5160513D" w14:textId="09A9C115" w:rsidR="00483A65" w:rsidRDefault="00D15875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br/>
      </w:r>
      <w:r w:rsidRPr="00BE7E48">
        <w:rPr>
          <w:lang w:val="pt-BR"/>
        </w:rPr>
        <w:br/>
      </w:r>
    </w:p>
    <w:p w14:paraId="0B6800F1" w14:textId="77777777" w:rsidR="002E2AD7" w:rsidRDefault="002E2AD7">
      <w:pPr>
        <w:spacing w:after="80" w:line="252" w:lineRule="auto"/>
        <w:jc w:val="both"/>
        <w:rPr>
          <w:lang w:val="pt-BR"/>
        </w:rPr>
      </w:pPr>
    </w:p>
    <w:p w14:paraId="783B426B" w14:textId="77777777" w:rsidR="002E2AD7" w:rsidRDefault="002E2AD7">
      <w:pPr>
        <w:spacing w:after="80" w:line="252" w:lineRule="auto"/>
        <w:jc w:val="both"/>
        <w:rPr>
          <w:lang w:val="pt-BR"/>
        </w:rPr>
      </w:pPr>
    </w:p>
    <w:p w14:paraId="2661169A" w14:textId="77777777" w:rsidR="002E2AD7" w:rsidRDefault="002E2AD7">
      <w:pPr>
        <w:spacing w:after="80" w:line="252" w:lineRule="auto"/>
        <w:jc w:val="both"/>
        <w:rPr>
          <w:lang w:val="pt-BR"/>
        </w:rPr>
      </w:pPr>
    </w:p>
    <w:p w14:paraId="0368CC05" w14:textId="77777777" w:rsidR="002E2AD7" w:rsidRDefault="002E2AD7">
      <w:pPr>
        <w:spacing w:after="80" w:line="252" w:lineRule="auto"/>
        <w:jc w:val="both"/>
        <w:rPr>
          <w:lang w:val="pt-BR"/>
        </w:rPr>
      </w:pPr>
    </w:p>
    <w:p w14:paraId="2B2821FE" w14:textId="77777777" w:rsidR="002E2AD7" w:rsidRDefault="002E2AD7">
      <w:pPr>
        <w:spacing w:after="80" w:line="252" w:lineRule="auto"/>
        <w:jc w:val="both"/>
        <w:rPr>
          <w:lang w:val="pt-BR"/>
        </w:rPr>
      </w:pPr>
    </w:p>
    <w:p w14:paraId="2B08EDC8" w14:textId="77777777" w:rsidR="002E2AD7" w:rsidRDefault="002E2AD7">
      <w:pPr>
        <w:spacing w:after="80" w:line="252" w:lineRule="auto"/>
        <w:jc w:val="both"/>
        <w:rPr>
          <w:lang w:val="pt-BR"/>
        </w:rPr>
      </w:pPr>
    </w:p>
    <w:p w14:paraId="055FE0A5" w14:textId="77777777" w:rsidR="002E2AD7" w:rsidRDefault="002E2AD7">
      <w:pPr>
        <w:spacing w:after="80" w:line="252" w:lineRule="auto"/>
        <w:jc w:val="both"/>
        <w:rPr>
          <w:lang w:val="pt-BR"/>
        </w:rPr>
      </w:pPr>
    </w:p>
    <w:p w14:paraId="26F78EA1" w14:textId="77777777" w:rsidR="002E2AD7" w:rsidRDefault="002E2AD7">
      <w:pPr>
        <w:spacing w:after="80" w:line="252" w:lineRule="auto"/>
        <w:jc w:val="both"/>
        <w:rPr>
          <w:lang w:val="pt-BR"/>
        </w:rPr>
      </w:pPr>
    </w:p>
    <w:p w14:paraId="424EBE65" w14:textId="77777777" w:rsidR="002E2AD7" w:rsidRDefault="002E2AD7">
      <w:pPr>
        <w:spacing w:after="80" w:line="252" w:lineRule="auto"/>
        <w:jc w:val="both"/>
        <w:rPr>
          <w:lang w:val="pt-BR"/>
        </w:rPr>
      </w:pPr>
    </w:p>
    <w:p w14:paraId="10A1BA84" w14:textId="77777777" w:rsidR="002E2AD7" w:rsidRDefault="002E2AD7">
      <w:pPr>
        <w:spacing w:after="80" w:line="252" w:lineRule="auto"/>
        <w:jc w:val="both"/>
        <w:rPr>
          <w:lang w:val="pt-BR"/>
        </w:rPr>
      </w:pPr>
    </w:p>
    <w:p w14:paraId="0256B3B3" w14:textId="77777777" w:rsidR="002E2AD7" w:rsidRDefault="002E2AD7">
      <w:pPr>
        <w:spacing w:after="80" w:line="252" w:lineRule="auto"/>
        <w:jc w:val="both"/>
        <w:rPr>
          <w:lang w:val="pt-BR"/>
        </w:rPr>
      </w:pPr>
    </w:p>
    <w:p w14:paraId="3AAACA46" w14:textId="77777777" w:rsidR="002E2AD7" w:rsidRDefault="002E2AD7">
      <w:pPr>
        <w:spacing w:after="80" w:line="252" w:lineRule="auto"/>
        <w:jc w:val="both"/>
        <w:rPr>
          <w:lang w:val="pt-BR"/>
        </w:rPr>
      </w:pPr>
    </w:p>
    <w:p w14:paraId="7719617B" w14:textId="34E4E36D" w:rsidR="00483A65" w:rsidRDefault="00D15875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>Local e data: ____________________________________________</w:t>
      </w:r>
    </w:p>
    <w:p w14:paraId="4BF5A6BC" w14:textId="37823C99" w:rsidR="00BD0D85" w:rsidRDefault="00BD0D85">
      <w:pPr>
        <w:spacing w:after="80" w:line="252" w:lineRule="auto"/>
        <w:jc w:val="both"/>
        <w:rPr>
          <w:lang w:val="pt-BR"/>
        </w:rPr>
      </w:pPr>
    </w:p>
    <w:p w14:paraId="1A5B9D9D" w14:textId="77777777" w:rsidR="00BD0D85" w:rsidRDefault="00BD0D85">
      <w:pPr>
        <w:spacing w:after="80" w:line="252" w:lineRule="auto"/>
        <w:jc w:val="both"/>
        <w:rPr>
          <w:lang w:val="pt-BR"/>
        </w:rPr>
      </w:pPr>
    </w:p>
    <w:p w14:paraId="6C3E925F" w14:textId="77777777" w:rsidR="00BD0D85" w:rsidRPr="00BE7E48" w:rsidRDefault="00BD0D85">
      <w:pPr>
        <w:spacing w:after="80" w:line="252" w:lineRule="auto"/>
        <w:jc w:val="both"/>
        <w:rPr>
          <w:lang w:val="pt-BR"/>
        </w:rPr>
      </w:pPr>
    </w:p>
    <w:p w14:paraId="23BDA119" w14:textId="77777777" w:rsidR="00483A65" w:rsidRPr="00BE7E48" w:rsidRDefault="00D15875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>Assinatura do(a) candidato(a): ______________________________</w:t>
      </w:r>
    </w:p>
    <w:p w14:paraId="3CDA07D6" w14:textId="3C6E10C6" w:rsidR="00483A65" w:rsidRPr="00BE7E48" w:rsidRDefault="00483A65">
      <w:pPr>
        <w:spacing w:after="80"/>
        <w:rPr>
          <w:lang w:val="pt-BR"/>
        </w:rPr>
      </w:pPr>
    </w:p>
    <w:sectPr w:rsidR="00483A65" w:rsidRPr="00BE7E48" w:rsidSect="00034616">
      <w:headerReference w:type="default" r:id="rId8"/>
      <w:footerReference w:type="default" r:id="rId9"/>
      <w:pgSz w:w="12240" w:h="15840"/>
      <w:pgMar w:top="1701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D37AC" w14:textId="77777777" w:rsidR="00863431" w:rsidRDefault="00863431">
      <w:pPr>
        <w:spacing w:after="0" w:line="240" w:lineRule="auto"/>
      </w:pPr>
      <w:r>
        <w:separator/>
      </w:r>
    </w:p>
  </w:endnote>
  <w:endnote w:type="continuationSeparator" w:id="0">
    <w:p w14:paraId="1FA820DD" w14:textId="77777777" w:rsidR="00863431" w:rsidRDefault="00863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E8DB8" w14:textId="5EFD8702" w:rsidR="00483A65" w:rsidRDefault="00D15875">
    <w:pPr>
      <w:pStyle w:val="Rodap"/>
      <w:jc w:val="center"/>
    </w:pPr>
    <w:r>
      <w:rPr>
        <w:sz w:val="16"/>
      </w:rPr>
      <w:t xml:space="preserve">PROFSAÚDE/UFS – </w:t>
    </w:r>
    <w:proofErr w:type="spellStart"/>
    <w:r>
      <w:rPr>
        <w:sz w:val="16"/>
      </w:rPr>
      <w:t>Credenciamento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Docente</w:t>
    </w:r>
    <w:proofErr w:type="spellEnd"/>
    <w:r>
      <w:rPr>
        <w:sz w:val="16"/>
      </w:rPr>
      <w:t xml:space="preserve"> 2026 | Página </w:t>
    </w:r>
    <w:r>
      <w:fldChar w:fldCharType="begin"/>
    </w:r>
    <w:r>
      <w:instrText>PAGE</w:instrText>
    </w:r>
    <w:r>
      <w:fldChar w:fldCharType="separate"/>
    </w:r>
    <w:r w:rsidR="00BE7E4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AD33D" w14:textId="77777777" w:rsidR="00863431" w:rsidRDefault="00863431">
      <w:pPr>
        <w:spacing w:after="0" w:line="240" w:lineRule="auto"/>
      </w:pPr>
      <w:r>
        <w:separator/>
      </w:r>
    </w:p>
  </w:footnote>
  <w:footnote w:type="continuationSeparator" w:id="0">
    <w:p w14:paraId="4BCF5E47" w14:textId="77777777" w:rsidR="00863431" w:rsidRDefault="008634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4D75C" w14:textId="68892ECD" w:rsidR="00486297" w:rsidRDefault="00486297">
    <w:pPr>
      <w:pStyle w:val="Cabealho"/>
    </w:pPr>
    <w:r w:rsidRPr="00F452BC">
      <w:rPr>
        <w:noProof/>
      </w:rPr>
      <w:drawing>
        <wp:anchor distT="0" distB="0" distL="114300" distR="114300" simplePos="0" relativeHeight="251664384" behindDoc="1" locked="0" layoutInCell="1" allowOverlap="1" wp14:anchorId="44A9D37B" wp14:editId="6F7A99EE">
          <wp:simplePos x="0" y="0"/>
          <wp:positionH relativeFrom="column">
            <wp:posOffset>86261</wp:posOffset>
          </wp:positionH>
          <wp:positionV relativeFrom="paragraph">
            <wp:posOffset>-38261</wp:posOffset>
          </wp:positionV>
          <wp:extent cx="631825" cy="520700"/>
          <wp:effectExtent l="0" t="0" r="3175" b="0"/>
          <wp:wrapTight wrapText="bothSides">
            <wp:wrapPolygon edited="0">
              <wp:start x="0" y="0"/>
              <wp:lineTo x="0" y="21073"/>
              <wp:lineTo x="21274" y="21073"/>
              <wp:lineTo x="21274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825" cy="52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4EB69719" wp14:editId="20A08E04">
          <wp:simplePos x="0" y="0"/>
          <wp:positionH relativeFrom="column">
            <wp:posOffset>924713</wp:posOffset>
          </wp:positionH>
          <wp:positionV relativeFrom="paragraph">
            <wp:posOffset>-38100</wp:posOffset>
          </wp:positionV>
          <wp:extent cx="1805305" cy="535940"/>
          <wp:effectExtent l="0" t="0" r="0" b="0"/>
          <wp:wrapTight wrapText="bothSides">
            <wp:wrapPolygon edited="0">
              <wp:start x="0" y="0"/>
              <wp:lineTo x="0" y="20986"/>
              <wp:lineTo x="21425" y="20986"/>
              <wp:lineTo x="21425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5305" cy="53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28DE8A95" wp14:editId="41178953">
          <wp:simplePos x="0" y="0"/>
          <wp:positionH relativeFrom="column">
            <wp:posOffset>2823837</wp:posOffset>
          </wp:positionH>
          <wp:positionV relativeFrom="paragraph">
            <wp:posOffset>-176530</wp:posOffset>
          </wp:positionV>
          <wp:extent cx="1490980" cy="744855"/>
          <wp:effectExtent l="0" t="0" r="0" b="4445"/>
          <wp:wrapTight wrapText="bothSides">
            <wp:wrapPolygon edited="0">
              <wp:start x="0" y="0"/>
              <wp:lineTo x="0" y="21361"/>
              <wp:lineTo x="21342" y="21361"/>
              <wp:lineTo x="21342" y="0"/>
              <wp:lineTo x="0" y="0"/>
            </wp:wrapPolygon>
          </wp:wrapTight>
          <wp:docPr id="3" name="Imagem 1" descr="Documento ABRASCO | ABE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ocumento ABRASCO | ABEN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0980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7456" behindDoc="1" locked="0" layoutInCell="1" hidden="0" allowOverlap="1" wp14:anchorId="06CDFF95" wp14:editId="044837D5">
          <wp:simplePos x="0" y="0"/>
          <wp:positionH relativeFrom="column">
            <wp:posOffset>4404543</wp:posOffset>
          </wp:positionH>
          <wp:positionV relativeFrom="paragraph">
            <wp:posOffset>-71096</wp:posOffset>
          </wp:positionV>
          <wp:extent cx="1816735" cy="612775"/>
          <wp:effectExtent l="0" t="0" r="0" b="0"/>
          <wp:wrapNone/>
          <wp:docPr id="4" name="image2.jp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tipo&#10;&#10;O conteúdo gerado por IA pode estar incorreto."/>
                  <pic:cNvPicPr preferRelativeResize="0"/>
                </pic:nvPicPr>
                <pic:blipFill>
                  <a:blip r:embed="rId4"/>
                  <a:srcRect t="29760" b="22473"/>
                  <a:stretch>
                    <a:fillRect/>
                  </a:stretch>
                </pic:blipFill>
                <pic:spPr>
                  <a:xfrm>
                    <a:off x="0" y="0"/>
                    <a:ext cx="1816735" cy="612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312E"/>
    <w:rsid w:val="00132992"/>
    <w:rsid w:val="0015074B"/>
    <w:rsid w:val="00211C2F"/>
    <w:rsid w:val="00282EF1"/>
    <w:rsid w:val="0029639D"/>
    <w:rsid w:val="002E2AD7"/>
    <w:rsid w:val="00326F90"/>
    <w:rsid w:val="00346CFA"/>
    <w:rsid w:val="00483A65"/>
    <w:rsid w:val="00486297"/>
    <w:rsid w:val="005C2C77"/>
    <w:rsid w:val="00635268"/>
    <w:rsid w:val="00863431"/>
    <w:rsid w:val="00956F93"/>
    <w:rsid w:val="00991065"/>
    <w:rsid w:val="00A00A57"/>
    <w:rsid w:val="00AA1D8D"/>
    <w:rsid w:val="00B14CEE"/>
    <w:rsid w:val="00B27EDB"/>
    <w:rsid w:val="00B44FED"/>
    <w:rsid w:val="00B47730"/>
    <w:rsid w:val="00B5314E"/>
    <w:rsid w:val="00BD0D85"/>
    <w:rsid w:val="00BE7E48"/>
    <w:rsid w:val="00C2052E"/>
    <w:rsid w:val="00CB0664"/>
    <w:rsid w:val="00D15875"/>
    <w:rsid w:val="00DF7F4A"/>
    <w:rsid w:val="00F1534E"/>
    <w:rsid w:val="00F506F3"/>
    <w:rsid w:val="00FC26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F7E53ED"/>
  <w14:defaultImageDpi w14:val="300"/>
  <w15:docId w15:val="{2BCB943D-0F73-8945-8BB7-1FA1431F7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BE7E4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E7E48"/>
    <w:rPr>
      <w:color w:val="605E5C"/>
      <w:shd w:val="clear" w:color="auto" w:fill="E1DFDD"/>
    </w:rPr>
  </w:style>
  <w:style w:type="paragraph" w:customStyle="1" w:styleId="p1">
    <w:name w:val="p1"/>
    <w:basedOn w:val="Normal"/>
    <w:rsid w:val="00211C2F"/>
    <w:pPr>
      <w:spacing w:after="0" w:line="240" w:lineRule="auto"/>
    </w:pPr>
    <w:rPr>
      <w:rFonts w:ascii="Helvetica" w:eastAsia="Times New Roman" w:hAnsi="Helvetica" w:cs="Times New Roman"/>
      <w:color w:val="000000"/>
      <w:sz w:val="17"/>
      <w:szCs w:val="17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 carvalho</cp:lastModifiedBy>
  <cp:revision>4</cp:revision>
  <cp:lastPrinted>2026-09-15T01:17:00Z</cp:lastPrinted>
  <dcterms:created xsi:type="dcterms:W3CDTF">2026-09-15T19:15:00Z</dcterms:created>
  <dcterms:modified xsi:type="dcterms:W3CDTF">2026-09-15T19:17:00Z</dcterms:modified>
  <cp:category/>
</cp:coreProperties>
</file>