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0062B" w14:textId="6E67C7F0" w:rsidR="00483A65" w:rsidRPr="00BE7E48" w:rsidRDefault="00D15875" w:rsidP="00F506F3">
      <w:pPr>
        <w:spacing w:before="200" w:after="80"/>
        <w:jc w:val="center"/>
        <w:rPr>
          <w:lang w:val="pt-BR"/>
        </w:rPr>
      </w:pPr>
      <w:r w:rsidRPr="00BE7E48">
        <w:rPr>
          <w:b/>
          <w:sz w:val="24"/>
          <w:lang w:val="pt-BR"/>
        </w:rPr>
        <w:t>ANEXO I</w:t>
      </w:r>
      <w:r w:rsidR="00211C2F">
        <w:rPr>
          <w:b/>
          <w:sz w:val="24"/>
          <w:lang w:val="pt-BR"/>
        </w:rPr>
        <w:t>II</w:t>
      </w:r>
      <w:r w:rsidRPr="00BE7E48">
        <w:rPr>
          <w:b/>
          <w:sz w:val="24"/>
          <w:lang w:val="pt-BR"/>
        </w:rPr>
        <w:t xml:space="preserve"> – EDITAL Nº 01/2026 PROFSAÚDE/UFS</w:t>
      </w:r>
    </w:p>
    <w:p w14:paraId="34638D9A" w14:textId="77777777" w:rsidR="002E2AD7" w:rsidRDefault="002E2AD7">
      <w:pPr>
        <w:spacing w:after="80"/>
        <w:jc w:val="center"/>
        <w:rPr>
          <w:b/>
          <w:sz w:val="24"/>
          <w:lang w:val="pt-BR"/>
        </w:rPr>
      </w:pPr>
    </w:p>
    <w:p w14:paraId="4FE2EA22" w14:textId="721540CB" w:rsidR="00483A65" w:rsidRPr="00BE7E48" w:rsidRDefault="00D15875">
      <w:pPr>
        <w:spacing w:after="80"/>
        <w:jc w:val="center"/>
        <w:rPr>
          <w:lang w:val="pt-BR"/>
        </w:rPr>
      </w:pPr>
      <w:r w:rsidRPr="00BE7E48">
        <w:rPr>
          <w:b/>
          <w:sz w:val="24"/>
          <w:lang w:val="pt-BR"/>
        </w:rPr>
        <w:t>DECLARAÇÃO DE LIBERAÇÃO – DOCENTE COLABORADOR</w:t>
      </w:r>
    </w:p>
    <w:p w14:paraId="4F3D0413" w14:textId="77777777" w:rsidR="00483A65" w:rsidRPr="00BE7E48" w:rsidRDefault="00D15875">
      <w:pPr>
        <w:spacing w:after="80" w:line="252" w:lineRule="auto"/>
        <w:jc w:val="both"/>
        <w:rPr>
          <w:lang w:val="pt-BR"/>
        </w:rPr>
      </w:pPr>
      <w:r w:rsidRPr="00BE7E48">
        <w:rPr>
          <w:lang w:val="pt-BR"/>
        </w:rPr>
        <w:t>Eu, ________________________________________________, [CARGO/FUNÇÃO] da [INSTITUIÇÃO DE VÍNCULO], concordo e aceito liberar o(a) servidor(a)/docente ________________________________________________, [CARGO], para desenvolver atividades de ensino, pesquisa, orientação e extensão no Mestrado Profissional em Saúde da Família – PROFSAÚDE/UFS, caso seja selecionado(a) no processo de credenciamento de docente colaborador, sem prejuízo do cumprimento de suas atribuições institucionais e observada a carga horária autorizada.</w:t>
      </w:r>
    </w:p>
    <w:p w14:paraId="72D2320E" w14:textId="7E5424DE" w:rsidR="00483A65" w:rsidRDefault="00D15875">
      <w:pPr>
        <w:spacing w:after="80" w:line="252" w:lineRule="auto"/>
        <w:jc w:val="both"/>
        <w:rPr>
          <w:lang w:val="pt-BR"/>
        </w:rPr>
      </w:pPr>
      <w:r w:rsidRPr="00BE7E48">
        <w:rPr>
          <w:lang w:val="pt-BR"/>
        </w:rPr>
        <w:t>Declaro estar ciente de que a atuação do(a) docente deverá ser formalizada conforme as normas institucionais aplicáveis e, quando se tratar de docente sem vínculo funcional com a UFS, mediante instrumento de formalização de atuação exigido pela Universidade.</w:t>
      </w:r>
    </w:p>
    <w:p w14:paraId="7D17637D" w14:textId="77777777" w:rsidR="00956F93" w:rsidRPr="00BE7E48" w:rsidRDefault="00956F93">
      <w:pPr>
        <w:spacing w:after="80" w:line="252" w:lineRule="auto"/>
        <w:jc w:val="both"/>
        <w:rPr>
          <w:lang w:val="pt-BR"/>
        </w:rPr>
      </w:pPr>
    </w:p>
    <w:p w14:paraId="04D7252C" w14:textId="0550A295" w:rsidR="00483A65" w:rsidRDefault="00D15875">
      <w:pPr>
        <w:spacing w:after="80" w:line="252" w:lineRule="auto"/>
        <w:jc w:val="both"/>
        <w:rPr>
          <w:lang w:val="pt-BR"/>
        </w:rPr>
      </w:pPr>
      <w:r w:rsidRPr="00BE7E48">
        <w:rPr>
          <w:lang w:val="pt-BR"/>
        </w:rPr>
        <w:t>Local e data: ____________________________________________</w:t>
      </w:r>
    </w:p>
    <w:p w14:paraId="0179DE76" w14:textId="3B580E6A" w:rsidR="00956F93" w:rsidRDefault="00956F93">
      <w:pPr>
        <w:spacing w:after="80" w:line="252" w:lineRule="auto"/>
        <w:jc w:val="both"/>
        <w:rPr>
          <w:lang w:val="pt-BR"/>
        </w:rPr>
      </w:pPr>
    </w:p>
    <w:p w14:paraId="3C2DBF2B" w14:textId="77777777" w:rsidR="00956F93" w:rsidRPr="00BE7E48" w:rsidRDefault="00956F93">
      <w:pPr>
        <w:spacing w:after="80" w:line="252" w:lineRule="auto"/>
        <w:jc w:val="both"/>
        <w:rPr>
          <w:lang w:val="pt-BR"/>
        </w:rPr>
      </w:pPr>
    </w:p>
    <w:p w14:paraId="4CB9B39E" w14:textId="420B9E93" w:rsidR="00483A65" w:rsidRDefault="00D15875">
      <w:pPr>
        <w:spacing w:after="80" w:line="252" w:lineRule="auto"/>
        <w:jc w:val="both"/>
        <w:rPr>
          <w:lang w:val="pt-BR"/>
        </w:rPr>
      </w:pPr>
      <w:r w:rsidRPr="00BE7E48">
        <w:rPr>
          <w:lang w:val="pt-BR"/>
        </w:rPr>
        <w:t>Nome e cargo da chefia imediata: _____________________________</w:t>
      </w:r>
    </w:p>
    <w:p w14:paraId="52CF51F5" w14:textId="7687F4B3" w:rsidR="00956F93" w:rsidRDefault="00956F93">
      <w:pPr>
        <w:spacing w:after="80" w:line="252" w:lineRule="auto"/>
        <w:jc w:val="both"/>
        <w:rPr>
          <w:lang w:val="pt-BR"/>
        </w:rPr>
      </w:pPr>
    </w:p>
    <w:p w14:paraId="58C368EB" w14:textId="77777777" w:rsidR="00956F93" w:rsidRPr="00BE7E48" w:rsidRDefault="00956F93">
      <w:pPr>
        <w:spacing w:after="80" w:line="252" w:lineRule="auto"/>
        <w:jc w:val="both"/>
        <w:rPr>
          <w:lang w:val="pt-BR"/>
        </w:rPr>
      </w:pPr>
    </w:p>
    <w:p w14:paraId="0B2C9BCE" w14:textId="77777777" w:rsidR="00483A65" w:rsidRPr="00BE7E48" w:rsidRDefault="00D15875">
      <w:pPr>
        <w:spacing w:after="80" w:line="252" w:lineRule="auto"/>
        <w:jc w:val="both"/>
        <w:rPr>
          <w:lang w:val="pt-BR"/>
        </w:rPr>
      </w:pPr>
      <w:r w:rsidRPr="00BE7E48">
        <w:rPr>
          <w:lang w:val="pt-BR"/>
        </w:rPr>
        <w:t>Assinatura: ______________________________________________</w:t>
      </w:r>
    </w:p>
    <w:p w14:paraId="4961D46C" w14:textId="2BCFB815" w:rsidR="00483A65" w:rsidRPr="00BE7E48" w:rsidRDefault="00483A65">
      <w:pPr>
        <w:spacing w:after="80"/>
        <w:rPr>
          <w:lang w:val="pt-BR"/>
        </w:rPr>
      </w:pPr>
    </w:p>
    <w:sectPr w:rsidR="00483A65" w:rsidRPr="00BE7E48" w:rsidSect="00034616">
      <w:headerReference w:type="default" r:id="rId8"/>
      <w:footerReference w:type="default" r:id="rId9"/>
      <w:pgSz w:w="12240" w:h="15840"/>
      <w:pgMar w:top="1701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1C8D0" w14:textId="77777777" w:rsidR="009218C5" w:rsidRDefault="009218C5">
      <w:pPr>
        <w:spacing w:after="0" w:line="240" w:lineRule="auto"/>
      </w:pPr>
      <w:r>
        <w:separator/>
      </w:r>
    </w:p>
  </w:endnote>
  <w:endnote w:type="continuationSeparator" w:id="0">
    <w:p w14:paraId="0C26608F" w14:textId="77777777" w:rsidR="009218C5" w:rsidRDefault="00921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E8DB8" w14:textId="5EFD8702" w:rsidR="00483A65" w:rsidRDefault="00D15875">
    <w:pPr>
      <w:pStyle w:val="Rodap"/>
      <w:jc w:val="center"/>
    </w:pPr>
    <w:r>
      <w:rPr>
        <w:sz w:val="16"/>
      </w:rPr>
      <w:t xml:space="preserve">PROFSAÚDE/UFS – </w:t>
    </w:r>
    <w:proofErr w:type="spellStart"/>
    <w:r>
      <w:rPr>
        <w:sz w:val="16"/>
      </w:rPr>
      <w:t>Credenciamento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Docente</w:t>
    </w:r>
    <w:proofErr w:type="spellEnd"/>
    <w:r>
      <w:rPr>
        <w:sz w:val="16"/>
      </w:rPr>
      <w:t xml:space="preserve"> 2026 | Página </w:t>
    </w:r>
    <w:r>
      <w:fldChar w:fldCharType="begin"/>
    </w:r>
    <w:r>
      <w:instrText>PAGE</w:instrText>
    </w:r>
    <w:r>
      <w:fldChar w:fldCharType="separate"/>
    </w:r>
    <w:r w:rsidR="00BE7E4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605AF" w14:textId="77777777" w:rsidR="009218C5" w:rsidRDefault="009218C5">
      <w:pPr>
        <w:spacing w:after="0" w:line="240" w:lineRule="auto"/>
      </w:pPr>
      <w:r>
        <w:separator/>
      </w:r>
    </w:p>
  </w:footnote>
  <w:footnote w:type="continuationSeparator" w:id="0">
    <w:p w14:paraId="3DD75448" w14:textId="77777777" w:rsidR="009218C5" w:rsidRDefault="009218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4D75C" w14:textId="68892ECD" w:rsidR="00486297" w:rsidRDefault="00486297">
    <w:pPr>
      <w:pStyle w:val="Cabealho"/>
    </w:pPr>
    <w:r w:rsidRPr="00F452BC">
      <w:rPr>
        <w:noProof/>
      </w:rPr>
      <w:drawing>
        <wp:anchor distT="0" distB="0" distL="114300" distR="114300" simplePos="0" relativeHeight="251664384" behindDoc="1" locked="0" layoutInCell="1" allowOverlap="1" wp14:anchorId="44A9D37B" wp14:editId="6F7A99EE">
          <wp:simplePos x="0" y="0"/>
          <wp:positionH relativeFrom="column">
            <wp:posOffset>86261</wp:posOffset>
          </wp:positionH>
          <wp:positionV relativeFrom="paragraph">
            <wp:posOffset>-38261</wp:posOffset>
          </wp:positionV>
          <wp:extent cx="631825" cy="520700"/>
          <wp:effectExtent l="0" t="0" r="3175" b="0"/>
          <wp:wrapTight wrapText="bothSides">
            <wp:wrapPolygon edited="0">
              <wp:start x="0" y="0"/>
              <wp:lineTo x="0" y="21073"/>
              <wp:lineTo x="21274" y="21073"/>
              <wp:lineTo x="21274" y="0"/>
              <wp:lineTo x="0" y="0"/>
            </wp:wrapPolygon>
          </wp:wrapTight>
          <wp:docPr id="2092471258" name="Imagem 20924712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1825" cy="520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1" locked="0" layoutInCell="1" allowOverlap="1" wp14:anchorId="4EB69719" wp14:editId="20A08E04">
          <wp:simplePos x="0" y="0"/>
          <wp:positionH relativeFrom="column">
            <wp:posOffset>924713</wp:posOffset>
          </wp:positionH>
          <wp:positionV relativeFrom="paragraph">
            <wp:posOffset>-38100</wp:posOffset>
          </wp:positionV>
          <wp:extent cx="1805305" cy="535940"/>
          <wp:effectExtent l="0" t="0" r="0" b="0"/>
          <wp:wrapTight wrapText="bothSides">
            <wp:wrapPolygon edited="0">
              <wp:start x="0" y="0"/>
              <wp:lineTo x="0" y="20986"/>
              <wp:lineTo x="21425" y="20986"/>
              <wp:lineTo x="21425" y="0"/>
              <wp:lineTo x="0" y="0"/>
            </wp:wrapPolygon>
          </wp:wrapTight>
          <wp:docPr id="51174682" name="Imagem 511746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5305" cy="535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1" locked="0" layoutInCell="1" allowOverlap="1" wp14:anchorId="28DE8A95" wp14:editId="41178953">
          <wp:simplePos x="0" y="0"/>
          <wp:positionH relativeFrom="column">
            <wp:posOffset>2823837</wp:posOffset>
          </wp:positionH>
          <wp:positionV relativeFrom="paragraph">
            <wp:posOffset>-176530</wp:posOffset>
          </wp:positionV>
          <wp:extent cx="1490980" cy="744855"/>
          <wp:effectExtent l="0" t="0" r="0" b="4445"/>
          <wp:wrapTight wrapText="bothSides">
            <wp:wrapPolygon edited="0">
              <wp:start x="0" y="0"/>
              <wp:lineTo x="0" y="21361"/>
              <wp:lineTo x="21342" y="21361"/>
              <wp:lineTo x="21342" y="0"/>
              <wp:lineTo x="0" y="0"/>
            </wp:wrapPolygon>
          </wp:wrapTight>
          <wp:docPr id="442238411" name="Imagem 1" descr="Documento ABRASCO | ABE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ocumento ABRASCO | ABENO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0980" cy="744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67456" behindDoc="1" locked="0" layoutInCell="1" hidden="0" allowOverlap="1" wp14:anchorId="06CDFF95" wp14:editId="044837D5">
          <wp:simplePos x="0" y="0"/>
          <wp:positionH relativeFrom="column">
            <wp:posOffset>4404543</wp:posOffset>
          </wp:positionH>
          <wp:positionV relativeFrom="paragraph">
            <wp:posOffset>-71096</wp:posOffset>
          </wp:positionV>
          <wp:extent cx="1816735" cy="612775"/>
          <wp:effectExtent l="0" t="0" r="0" b="0"/>
          <wp:wrapNone/>
          <wp:docPr id="1473001384" name="image2.jp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Logotipo&#10;&#10;O conteúdo gerado por IA pode estar incorreto."/>
                  <pic:cNvPicPr preferRelativeResize="0"/>
                </pic:nvPicPr>
                <pic:blipFill>
                  <a:blip r:embed="rId4"/>
                  <a:srcRect t="29760" b="22473"/>
                  <a:stretch>
                    <a:fillRect/>
                  </a:stretch>
                </pic:blipFill>
                <pic:spPr>
                  <a:xfrm>
                    <a:off x="0" y="0"/>
                    <a:ext cx="1816735" cy="6127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2992"/>
    <w:rsid w:val="0015074B"/>
    <w:rsid w:val="00211C2F"/>
    <w:rsid w:val="00282EF1"/>
    <w:rsid w:val="0029639D"/>
    <w:rsid w:val="002E2AD7"/>
    <w:rsid w:val="00326F90"/>
    <w:rsid w:val="00346CFA"/>
    <w:rsid w:val="00483A65"/>
    <w:rsid w:val="00486297"/>
    <w:rsid w:val="005C2C77"/>
    <w:rsid w:val="00635268"/>
    <w:rsid w:val="009218C5"/>
    <w:rsid w:val="00956F93"/>
    <w:rsid w:val="00A00A57"/>
    <w:rsid w:val="00AA1D8D"/>
    <w:rsid w:val="00B14CEE"/>
    <w:rsid w:val="00B27EDB"/>
    <w:rsid w:val="00B44FED"/>
    <w:rsid w:val="00B47730"/>
    <w:rsid w:val="00B5314E"/>
    <w:rsid w:val="00BE7E48"/>
    <w:rsid w:val="00C2052E"/>
    <w:rsid w:val="00CB0664"/>
    <w:rsid w:val="00D15875"/>
    <w:rsid w:val="00DF7F4A"/>
    <w:rsid w:val="00F1534E"/>
    <w:rsid w:val="00F506F3"/>
    <w:rsid w:val="00FC26C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F7E53ED"/>
  <w14:defaultImageDpi w14:val="300"/>
  <w15:docId w15:val="{2BCB943D-0F73-8945-8BB7-1FA1431F7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epargpadro"/>
    <w:uiPriority w:val="99"/>
    <w:unhideWhenUsed/>
    <w:rsid w:val="00BE7E48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E7E48"/>
    <w:rPr>
      <w:color w:val="605E5C"/>
      <w:shd w:val="clear" w:color="auto" w:fill="E1DFDD"/>
    </w:rPr>
  </w:style>
  <w:style w:type="paragraph" w:customStyle="1" w:styleId="p1">
    <w:name w:val="p1"/>
    <w:basedOn w:val="Normal"/>
    <w:rsid w:val="00211C2F"/>
    <w:pPr>
      <w:spacing w:after="0" w:line="240" w:lineRule="auto"/>
    </w:pPr>
    <w:rPr>
      <w:rFonts w:ascii="Helvetica" w:eastAsia="Times New Roman" w:hAnsi="Helvetica" w:cs="Times New Roman"/>
      <w:color w:val="000000"/>
      <w:sz w:val="17"/>
      <w:szCs w:val="17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 carvalho</cp:lastModifiedBy>
  <cp:revision>2</cp:revision>
  <cp:lastPrinted>2026-09-15T01:17:00Z</cp:lastPrinted>
  <dcterms:created xsi:type="dcterms:W3CDTF">2026-09-15T19:14:00Z</dcterms:created>
  <dcterms:modified xsi:type="dcterms:W3CDTF">2026-09-15T19:14:00Z</dcterms:modified>
  <cp:category/>
</cp:coreProperties>
</file>