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B3D3B" w14:textId="0AAE2A33" w:rsidR="00483A65" w:rsidRPr="00BE7E48" w:rsidRDefault="008515BF" w:rsidP="00F506F3">
      <w:pPr>
        <w:spacing w:before="200"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ANEXO II – EDITAL Nº 01/2026 PROFSAÚDE/UFS</w:t>
      </w:r>
    </w:p>
    <w:p w14:paraId="2C08CD50" w14:textId="4D472B92" w:rsidR="00483A65" w:rsidRDefault="008515BF">
      <w:pPr>
        <w:spacing w:after="80"/>
        <w:jc w:val="center"/>
        <w:rPr>
          <w:b/>
          <w:sz w:val="24"/>
          <w:lang w:val="pt-BR"/>
        </w:rPr>
      </w:pPr>
      <w:r w:rsidRPr="00BE7E48">
        <w:rPr>
          <w:b/>
          <w:sz w:val="24"/>
          <w:lang w:val="pt-BR"/>
        </w:rPr>
        <w:t>TERMO DE COMPROMISSO DOCENTE – PROFSAÚDE</w:t>
      </w:r>
    </w:p>
    <w:p w14:paraId="3E5F4C64" w14:textId="690275B0" w:rsidR="005E3981" w:rsidRDefault="005E3981">
      <w:pPr>
        <w:spacing w:after="80"/>
        <w:jc w:val="center"/>
        <w:rPr>
          <w:b/>
          <w:sz w:val="24"/>
          <w:lang w:val="pt-BR"/>
        </w:rPr>
      </w:pPr>
    </w:p>
    <w:p w14:paraId="1E69C738" w14:textId="77777777" w:rsidR="005E3981" w:rsidRPr="00BE7E48" w:rsidRDefault="005E3981">
      <w:pPr>
        <w:spacing w:after="80"/>
        <w:jc w:val="center"/>
        <w:rPr>
          <w:lang w:val="pt-BR"/>
        </w:rPr>
      </w:pPr>
    </w:p>
    <w:p w14:paraId="68B93779" w14:textId="77777777" w:rsidR="00483A65" w:rsidRPr="00BE7E48" w:rsidRDefault="008515B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Eu, ________________________________________________, CPF nº ________________________, declaro, para fins de credenciamento no Mestrado P</w:t>
      </w:r>
      <w:r w:rsidRPr="00BE7E48">
        <w:rPr>
          <w:lang w:val="pt-BR"/>
        </w:rPr>
        <w:t>rofissional em Saúde da Família – PROFSAÚDE, na Universidade Federal de Sergipe, que tenho pleno conhecimento das normas que regem o PROFSAÚDE, incluindo o Regimento Interno do Programa e a Instrução Normativa nº 01/2026 – PROFSAÚDE, comprometendo-me a cum</w:t>
      </w:r>
      <w:r w:rsidRPr="00BE7E48">
        <w:rPr>
          <w:lang w:val="pt-BR"/>
        </w:rPr>
        <w:t>pri-las integralmente.</w:t>
      </w:r>
    </w:p>
    <w:p w14:paraId="24920CC1" w14:textId="77777777" w:rsidR="00483A65" w:rsidRPr="00BE7E48" w:rsidRDefault="008515B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Declaro estar ciente de que o não cumprimento dos compromissos assumidos no PROFSAÚDE poderá implicar reavaliação de minha permanência no Programa, podendo resultar em reclassificação de categoria docente ou descredenciamento, nos te</w:t>
      </w:r>
      <w:r w:rsidRPr="00BE7E48">
        <w:rPr>
          <w:lang w:val="pt-BR"/>
        </w:rPr>
        <w:t>rmos da Instrução Normativa vigente.</w:t>
      </w:r>
    </w:p>
    <w:p w14:paraId="11FFFBE4" w14:textId="5B0C607F" w:rsidR="00483A65" w:rsidRDefault="008515B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Comprometo-me, conforme a categoria docente e as necessidades do Programa, a atuar em ensino, pesquisa, orientação, produção técnico-científica, atividades de formação, participação em bancas, comissões e espaços coleti</w:t>
      </w:r>
      <w:r w:rsidRPr="00BE7E48">
        <w:rPr>
          <w:lang w:val="pt-BR"/>
        </w:rPr>
        <w:t>vos, atividades em Rede e demais atribuições institucionais que me forem designadas pelo Colegiado, observados os critérios de permanência previstos na IN</w:t>
      </w:r>
      <w:r w:rsidR="00BE7E48">
        <w:rPr>
          <w:lang w:val="pt-BR"/>
        </w:rPr>
        <w:t xml:space="preserve"> durante o próximo quadriênio</w:t>
      </w:r>
      <w:r w:rsidRPr="00BE7E48">
        <w:rPr>
          <w:lang w:val="pt-BR"/>
        </w:rPr>
        <w:t>.</w:t>
      </w:r>
    </w:p>
    <w:p w14:paraId="04DEC7F9" w14:textId="71AA5B25" w:rsidR="005E3981" w:rsidRDefault="005E3981">
      <w:pPr>
        <w:spacing w:after="80" w:line="252" w:lineRule="auto"/>
        <w:jc w:val="both"/>
        <w:rPr>
          <w:lang w:val="pt-BR"/>
        </w:rPr>
      </w:pPr>
    </w:p>
    <w:p w14:paraId="2F77836B" w14:textId="77777777" w:rsidR="005E3981" w:rsidRPr="00BE7E48" w:rsidRDefault="005E3981">
      <w:pPr>
        <w:spacing w:after="80" w:line="252" w:lineRule="auto"/>
        <w:jc w:val="both"/>
        <w:rPr>
          <w:lang w:val="pt-BR"/>
        </w:rPr>
      </w:pPr>
    </w:p>
    <w:p w14:paraId="246F2103" w14:textId="1BD9764C" w:rsidR="00483A65" w:rsidRDefault="008515BF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 xml:space="preserve">Local e data: </w:t>
      </w:r>
      <w:r w:rsidRPr="00BE7E48">
        <w:rPr>
          <w:lang w:val="pt-BR"/>
        </w:rPr>
        <w:t>____________________________________________</w:t>
      </w:r>
    </w:p>
    <w:p w14:paraId="009BFE01" w14:textId="7B6C2F45" w:rsidR="005E3981" w:rsidRDefault="005E3981">
      <w:pPr>
        <w:spacing w:after="80" w:line="252" w:lineRule="auto"/>
        <w:jc w:val="both"/>
        <w:rPr>
          <w:lang w:val="pt-BR"/>
        </w:rPr>
      </w:pPr>
    </w:p>
    <w:p w14:paraId="005E7224" w14:textId="424D88B3" w:rsidR="005E3981" w:rsidRDefault="005E3981">
      <w:pPr>
        <w:spacing w:after="80" w:line="252" w:lineRule="auto"/>
        <w:jc w:val="both"/>
        <w:rPr>
          <w:lang w:val="pt-BR"/>
        </w:rPr>
      </w:pPr>
    </w:p>
    <w:p w14:paraId="338208A8" w14:textId="77777777" w:rsidR="005E3981" w:rsidRPr="00BE7E48" w:rsidRDefault="005E3981">
      <w:pPr>
        <w:spacing w:after="80" w:line="252" w:lineRule="auto"/>
        <w:jc w:val="both"/>
        <w:rPr>
          <w:lang w:val="pt-BR"/>
        </w:rPr>
      </w:pPr>
    </w:p>
    <w:p w14:paraId="2B615E5D" w14:textId="563073DB" w:rsidR="00483A65" w:rsidRPr="00BE7E48" w:rsidRDefault="008515BF" w:rsidP="005E3981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Assinatura do(a) docente: _________________________________</w:t>
      </w:r>
      <w:r w:rsidR="005E3981">
        <w:rPr>
          <w:lang w:val="pt-BR"/>
        </w:rPr>
        <w:t>_</w:t>
      </w:r>
    </w:p>
    <w:sectPr w:rsidR="00483A65" w:rsidRPr="00BE7E48" w:rsidSect="00034616">
      <w:headerReference w:type="default" r:id="rId8"/>
      <w:footerReference w:type="default" r:id="rId9"/>
      <w:pgSz w:w="12240" w:h="15840"/>
      <w:pgMar w:top="170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2B13A" w14:textId="77777777" w:rsidR="008515BF" w:rsidRDefault="008515BF">
      <w:pPr>
        <w:spacing w:after="0" w:line="240" w:lineRule="auto"/>
      </w:pPr>
      <w:r>
        <w:separator/>
      </w:r>
    </w:p>
  </w:endnote>
  <w:endnote w:type="continuationSeparator" w:id="0">
    <w:p w14:paraId="4CCFE6D6" w14:textId="77777777" w:rsidR="008515BF" w:rsidRDefault="0085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8DB8" w14:textId="5EFD8702" w:rsidR="00483A65" w:rsidRDefault="008515BF">
    <w:pPr>
      <w:pStyle w:val="Rodap"/>
      <w:jc w:val="center"/>
    </w:pPr>
    <w:r>
      <w:rPr>
        <w:sz w:val="16"/>
      </w:rPr>
      <w:t xml:space="preserve">PROFSAÚDE/UFS – </w:t>
    </w:r>
    <w:proofErr w:type="spellStart"/>
    <w:r>
      <w:rPr>
        <w:sz w:val="16"/>
      </w:rPr>
      <w:t>Cred</w:t>
    </w:r>
    <w:r>
      <w:rPr>
        <w:sz w:val="16"/>
      </w:rPr>
      <w:t>enciamento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Docente</w:t>
    </w:r>
    <w:proofErr w:type="spellEnd"/>
    <w:r>
      <w:rPr>
        <w:sz w:val="16"/>
      </w:rPr>
      <w:t xml:space="preserve"> 2026 | Página </w:t>
    </w:r>
    <w:r>
      <w:fldChar w:fldCharType="begin"/>
    </w:r>
    <w:r>
      <w:instrText>PAGE</w:instrText>
    </w:r>
    <w:r>
      <w:fldChar w:fldCharType="separate"/>
    </w:r>
    <w:r w:rsidR="00BE7E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2653D" w14:textId="77777777" w:rsidR="008515BF" w:rsidRDefault="008515BF">
      <w:pPr>
        <w:spacing w:after="0" w:line="240" w:lineRule="auto"/>
      </w:pPr>
      <w:r>
        <w:separator/>
      </w:r>
    </w:p>
  </w:footnote>
  <w:footnote w:type="continuationSeparator" w:id="0">
    <w:p w14:paraId="7064FF4E" w14:textId="77777777" w:rsidR="008515BF" w:rsidRDefault="00851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D75C" w14:textId="68892ECD" w:rsidR="00486297" w:rsidRDefault="00486297">
    <w:pPr>
      <w:pStyle w:val="Cabealho"/>
    </w:pPr>
    <w:r w:rsidRPr="00F452BC">
      <w:rPr>
        <w:noProof/>
      </w:rPr>
      <w:drawing>
        <wp:anchor distT="0" distB="0" distL="114300" distR="114300" simplePos="0" relativeHeight="251664384" behindDoc="1" locked="0" layoutInCell="1" allowOverlap="1" wp14:anchorId="44A9D37B" wp14:editId="6F7A99EE">
          <wp:simplePos x="0" y="0"/>
          <wp:positionH relativeFrom="column">
            <wp:posOffset>86261</wp:posOffset>
          </wp:positionH>
          <wp:positionV relativeFrom="paragraph">
            <wp:posOffset>-38261</wp:posOffset>
          </wp:positionV>
          <wp:extent cx="631825" cy="520700"/>
          <wp:effectExtent l="0" t="0" r="3175" b="0"/>
          <wp:wrapTight wrapText="bothSides">
            <wp:wrapPolygon edited="0">
              <wp:start x="0" y="0"/>
              <wp:lineTo x="0" y="21073"/>
              <wp:lineTo x="21274" y="21073"/>
              <wp:lineTo x="21274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EB69719" wp14:editId="20A08E04">
          <wp:simplePos x="0" y="0"/>
          <wp:positionH relativeFrom="column">
            <wp:posOffset>924713</wp:posOffset>
          </wp:positionH>
          <wp:positionV relativeFrom="paragraph">
            <wp:posOffset>-38100</wp:posOffset>
          </wp:positionV>
          <wp:extent cx="1805305" cy="535940"/>
          <wp:effectExtent l="0" t="0" r="0" b="0"/>
          <wp:wrapTight wrapText="bothSides">
            <wp:wrapPolygon edited="0">
              <wp:start x="0" y="0"/>
              <wp:lineTo x="0" y="20986"/>
              <wp:lineTo x="21425" y="20986"/>
              <wp:lineTo x="21425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28DE8A95" wp14:editId="41178953">
          <wp:simplePos x="0" y="0"/>
          <wp:positionH relativeFrom="column">
            <wp:posOffset>2823837</wp:posOffset>
          </wp:positionH>
          <wp:positionV relativeFrom="paragraph">
            <wp:posOffset>-176530</wp:posOffset>
          </wp:positionV>
          <wp:extent cx="1490980" cy="744855"/>
          <wp:effectExtent l="0" t="0" r="0" b="4445"/>
          <wp:wrapTight wrapText="bothSides">
            <wp:wrapPolygon edited="0">
              <wp:start x="0" y="0"/>
              <wp:lineTo x="0" y="21361"/>
              <wp:lineTo x="21342" y="21361"/>
              <wp:lineTo x="21342" y="0"/>
              <wp:lineTo x="0" y="0"/>
            </wp:wrapPolygon>
          </wp:wrapTight>
          <wp:docPr id="7" name="Imagem 1" descr="Documento ABRASCO | ABE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umento ABRASCO | ABEN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7456" behindDoc="1" locked="0" layoutInCell="1" hidden="0" allowOverlap="1" wp14:anchorId="06CDFF95" wp14:editId="044837D5">
          <wp:simplePos x="0" y="0"/>
          <wp:positionH relativeFrom="column">
            <wp:posOffset>4404543</wp:posOffset>
          </wp:positionH>
          <wp:positionV relativeFrom="paragraph">
            <wp:posOffset>-71096</wp:posOffset>
          </wp:positionV>
          <wp:extent cx="1816735" cy="612775"/>
          <wp:effectExtent l="0" t="0" r="0" b="0"/>
          <wp:wrapNone/>
          <wp:docPr id="8" name="image2.jp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O conteúdo gerado por IA pode estar incorreto."/>
                  <pic:cNvPicPr preferRelativeResize="0"/>
                </pic:nvPicPr>
                <pic:blipFill>
                  <a:blip r:embed="rId4"/>
                  <a:srcRect t="29760" b="22473"/>
                  <a:stretch>
                    <a:fillRect/>
                  </a:stretch>
                </pic:blipFill>
                <pic:spPr>
                  <a:xfrm>
                    <a:off x="0" y="0"/>
                    <a:ext cx="1816735" cy="612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992"/>
    <w:rsid w:val="0015074B"/>
    <w:rsid w:val="00211C2F"/>
    <w:rsid w:val="00282EF1"/>
    <w:rsid w:val="0029639D"/>
    <w:rsid w:val="002E2AD7"/>
    <w:rsid w:val="00326F90"/>
    <w:rsid w:val="00346CFA"/>
    <w:rsid w:val="00483A65"/>
    <w:rsid w:val="00486297"/>
    <w:rsid w:val="005C2C77"/>
    <w:rsid w:val="005E3981"/>
    <w:rsid w:val="00635268"/>
    <w:rsid w:val="006E5F5D"/>
    <w:rsid w:val="00776655"/>
    <w:rsid w:val="008116AD"/>
    <w:rsid w:val="008515BF"/>
    <w:rsid w:val="00A00A57"/>
    <w:rsid w:val="00AA1D8D"/>
    <w:rsid w:val="00B14CEE"/>
    <w:rsid w:val="00B27EDB"/>
    <w:rsid w:val="00B44FED"/>
    <w:rsid w:val="00B47730"/>
    <w:rsid w:val="00B5314E"/>
    <w:rsid w:val="00BE7E48"/>
    <w:rsid w:val="00C2052E"/>
    <w:rsid w:val="00CB0664"/>
    <w:rsid w:val="00DF7F4A"/>
    <w:rsid w:val="00F1534E"/>
    <w:rsid w:val="00F506F3"/>
    <w:rsid w:val="00FC2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E53ED"/>
  <w14:defaultImageDpi w14:val="300"/>
  <w15:docId w15:val="{2BCB943D-0F73-8945-8BB7-1FA1431F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BE7E4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7E48"/>
    <w:rPr>
      <w:color w:val="605E5C"/>
      <w:shd w:val="clear" w:color="auto" w:fill="E1DFDD"/>
    </w:rPr>
  </w:style>
  <w:style w:type="paragraph" w:customStyle="1" w:styleId="p1">
    <w:name w:val="p1"/>
    <w:basedOn w:val="Normal"/>
    <w:rsid w:val="00211C2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carvalho</cp:lastModifiedBy>
  <cp:revision>3</cp:revision>
  <cp:lastPrinted>2026-09-15T01:17:00Z</cp:lastPrinted>
  <dcterms:created xsi:type="dcterms:W3CDTF">2026-09-15T18:54:00Z</dcterms:created>
  <dcterms:modified xsi:type="dcterms:W3CDTF">2026-09-15T19:11:00Z</dcterms:modified>
  <cp:category/>
</cp:coreProperties>
</file>