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C8C2" w14:textId="77777777" w:rsidR="00483A65" w:rsidRPr="00BE7E48" w:rsidRDefault="00CE63C5" w:rsidP="00F506F3">
      <w:pPr>
        <w:spacing w:before="200"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ANEXO I – EDITAL Nº 01/2026 PROFSAÚDE/UFS</w:t>
      </w:r>
    </w:p>
    <w:p w14:paraId="28457D3D" w14:textId="77777777" w:rsidR="00483A65" w:rsidRPr="00BE7E48" w:rsidRDefault="00CE63C5">
      <w:pPr>
        <w:spacing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FORMULÁRIO DE CREDENCIAMENTO DOCENTE – PROFSAÚDE</w:t>
      </w:r>
    </w:p>
    <w:tbl>
      <w:tblPr>
        <w:tblStyle w:val="Tabelacomgrade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3686"/>
        <w:gridCol w:w="5720"/>
      </w:tblGrid>
      <w:tr w:rsidR="00483A65" w:rsidRPr="00BE7E48" w14:paraId="0E5AEABC" w14:textId="77777777" w:rsidTr="00211C2F">
        <w:trPr>
          <w:jc w:val="center"/>
        </w:trPr>
        <w:tc>
          <w:tcPr>
            <w:tcW w:w="3686" w:type="dxa"/>
            <w:shd w:val="clear" w:color="auto" w:fill="D9E1F2"/>
            <w:vAlign w:val="center"/>
          </w:tcPr>
          <w:p w14:paraId="0CE260EF" w14:textId="77777777" w:rsidR="00483A65" w:rsidRPr="00BE7E48" w:rsidRDefault="00CE63C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CAMPO</w:t>
            </w:r>
          </w:p>
        </w:tc>
        <w:tc>
          <w:tcPr>
            <w:tcW w:w="5720" w:type="dxa"/>
            <w:shd w:val="clear" w:color="auto" w:fill="D9E1F2"/>
            <w:vAlign w:val="center"/>
          </w:tcPr>
          <w:p w14:paraId="63AD6725" w14:textId="77777777" w:rsidR="00483A65" w:rsidRPr="00BE7E48" w:rsidRDefault="00CE63C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INFORMAÇÃO</w:t>
            </w:r>
          </w:p>
        </w:tc>
      </w:tr>
      <w:tr w:rsidR="00483A65" w:rsidRPr="00BE7E48" w14:paraId="28F0D5E0" w14:textId="77777777" w:rsidTr="00211C2F">
        <w:trPr>
          <w:jc w:val="center"/>
        </w:trPr>
        <w:tc>
          <w:tcPr>
            <w:tcW w:w="3686" w:type="dxa"/>
            <w:vAlign w:val="center"/>
          </w:tcPr>
          <w:p w14:paraId="730E4ABB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Categoria pret</w:t>
            </w:r>
            <w:r w:rsidRPr="00BE7E48">
              <w:rPr>
                <w:sz w:val="18"/>
                <w:lang w:val="pt-BR"/>
              </w:rPr>
              <w:t>endida</w:t>
            </w:r>
          </w:p>
        </w:tc>
        <w:tc>
          <w:tcPr>
            <w:tcW w:w="5720" w:type="dxa"/>
            <w:vAlign w:val="center"/>
          </w:tcPr>
          <w:p w14:paraId="0655E9A3" w14:textId="77777777" w:rsidR="00483A65" w:rsidRPr="00BE7E48" w:rsidRDefault="00CE63C5">
            <w:pPr>
              <w:rPr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Docente Permanente   ( ) Docente Colaborador</w:t>
            </w:r>
          </w:p>
        </w:tc>
      </w:tr>
      <w:tr w:rsidR="00483A65" w:rsidRPr="00BE7E48" w14:paraId="429A0BDB" w14:textId="77777777" w:rsidTr="00211C2F">
        <w:trPr>
          <w:jc w:val="center"/>
        </w:trPr>
        <w:tc>
          <w:tcPr>
            <w:tcW w:w="3686" w:type="dxa"/>
            <w:vAlign w:val="center"/>
          </w:tcPr>
          <w:p w14:paraId="3A49CD0A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Nome completo</w:t>
            </w:r>
          </w:p>
        </w:tc>
        <w:tc>
          <w:tcPr>
            <w:tcW w:w="5720" w:type="dxa"/>
            <w:vAlign w:val="center"/>
          </w:tcPr>
          <w:p w14:paraId="3C4BCA3B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132992" w:rsidRPr="00BE7E48" w14:paraId="634F6815" w14:textId="77777777" w:rsidTr="00211C2F">
        <w:trPr>
          <w:jc w:val="center"/>
        </w:trPr>
        <w:tc>
          <w:tcPr>
            <w:tcW w:w="3686" w:type="dxa"/>
            <w:vAlign w:val="center"/>
          </w:tcPr>
          <w:p w14:paraId="515CB03F" w14:textId="1F8B7103" w:rsidR="00132992" w:rsidRPr="00BE7E48" w:rsidRDefault="00132992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Data de Nascimento</w:t>
            </w:r>
          </w:p>
        </w:tc>
        <w:tc>
          <w:tcPr>
            <w:tcW w:w="5720" w:type="dxa"/>
            <w:vAlign w:val="center"/>
          </w:tcPr>
          <w:p w14:paraId="6BE24A75" w14:textId="77777777" w:rsidR="00132992" w:rsidRPr="00BE7E48" w:rsidRDefault="00132992">
            <w:pPr>
              <w:rPr>
                <w:lang w:val="pt-BR"/>
              </w:rPr>
            </w:pPr>
          </w:p>
        </w:tc>
      </w:tr>
      <w:tr w:rsidR="00483A65" w:rsidRPr="00BE7E48" w14:paraId="666D47E4" w14:textId="77777777" w:rsidTr="00211C2F">
        <w:trPr>
          <w:jc w:val="center"/>
        </w:trPr>
        <w:tc>
          <w:tcPr>
            <w:tcW w:w="3686" w:type="dxa"/>
            <w:vAlign w:val="center"/>
          </w:tcPr>
          <w:p w14:paraId="2AC5A2E8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CPF</w:t>
            </w:r>
          </w:p>
        </w:tc>
        <w:tc>
          <w:tcPr>
            <w:tcW w:w="5720" w:type="dxa"/>
            <w:vAlign w:val="center"/>
          </w:tcPr>
          <w:p w14:paraId="7B0769A8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132992" w:rsidRPr="00BE7E48" w14:paraId="5D510528" w14:textId="77777777" w:rsidTr="00211C2F">
        <w:trPr>
          <w:jc w:val="center"/>
        </w:trPr>
        <w:tc>
          <w:tcPr>
            <w:tcW w:w="3686" w:type="dxa"/>
            <w:vAlign w:val="center"/>
          </w:tcPr>
          <w:p w14:paraId="71BF276E" w14:textId="11F49DC6" w:rsidR="00132992" w:rsidRPr="00BE7E48" w:rsidRDefault="00132992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RG</w:t>
            </w:r>
          </w:p>
        </w:tc>
        <w:tc>
          <w:tcPr>
            <w:tcW w:w="5720" w:type="dxa"/>
            <w:vAlign w:val="center"/>
          </w:tcPr>
          <w:p w14:paraId="4D58A8D0" w14:textId="77777777" w:rsidR="00132992" w:rsidRPr="00BE7E48" w:rsidRDefault="00132992">
            <w:pPr>
              <w:rPr>
                <w:lang w:val="pt-BR"/>
              </w:rPr>
            </w:pPr>
          </w:p>
        </w:tc>
      </w:tr>
      <w:tr w:rsidR="00132992" w:rsidRPr="00BE7E48" w14:paraId="64C32C34" w14:textId="77777777" w:rsidTr="00211C2F">
        <w:trPr>
          <w:jc w:val="center"/>
        </w:trPr>
        <w:tc>
          <w:tcPr>
            <w:tcW w:w="3686" w:type="dxa"/>
            <w:vAlign w:val="center"/>
          </w:tcPr>
          <w:p w14:paraId="6E4E41B9" w14:textId="350680D3" w:rsidR="00132992" w:rsidRDefault="00132992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Naturalidade</w:t>
            </w:r>
          </w:p>
        </w:tc>
        <w:tc>
          <w:tcPr>
            <w:tcW w:w="5720" w:type="dxa"/>
            <w:vAlign w:val="center"/>
          </w:tcPr>
          <w:p w14:paraId="4B3C562F" w14:textId="77777777" w:rsidR="00132992" w:rsidRPr="00BE7E48" w:rsidRDefault="00132992">
            <w:pPr>
              <w:rPr>
                <w:lang w:val="pt-BR"/>
              </w:rPr>
            </w:pPr>
          </w:p>
        </w:tc>
      </w:tr>
      <w:tr w:rsidR="00132992" w:rsidRPr="00BE7E48" w14:paraId="7648D913" w14:textId="77777777" w:rsidTr="00211C2F">
        <w:trPr>
          <w:jc w:val="center"/>
        </w:trPr>
        <w:tc>
          <w:tcPr>
            <w:tcW w:w="3686" w:type="dxa"/>
            <w:vAlign w:val="center"/>
          </w:tcPr>
          <w:p w14:paraId="4AFF2070" w14:textId="71DC509B" w:rsidR="00132992" w:rsidRDefault="00132992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Raça/cor</w:t>
            </w:r>
          </w:p>
        </w:tc>
        <w:tc>
          <w:tcPr>
            <w:tcW w:w="5720" w:type="dxa"/>
            <w:vAlign w:val="center"/>
          </w:tcPr>
          <w:p w14:paraId="388C37E3" w14:textId="747A42D6" w:rsidR="00132992" w:rsidRPr="00BE7E48" w:rsidRDefault="00132992">
            <w:pPr>
              <w:rPr>
                <w:lang w:val="pt-BR"/>
              </w:rPr>
            </w:pPr>
            <w:proofErr w:type="gramStart"/>
            <w:r w:rsidRPr="00211C2F">
              <w:rPr>
                <w:sz w:val="16"/>
                <w:szCs w:val="16"/>
                <w:lang w:val="pt-BR"/>
              </w:rPr>
              <w:t>(  )</w:t>
            </w:r>
            <w:proofErr w:type="gramEnd"/>
            <w:r w:rsidRPr="00211C2F">
              <w:rPr>
                <w:sz w:val="16"/>
                <w:szCs w:val="16"/>
                <w:lang w:val="pt-BR"/>
              </w:rPr>
              <w:t xml:space="preserve"> Preto  (  ) Pardo  (  ) Indígena  (   ) Amarelo  (  ) Branco</w:t>
            </w:r>
          </w:p>
        </w:tc>
      </w:tr>
      <w:tr w:rsidR="00483A65" w:rsidRPr="00BE7E48" w14:paraId="7D25E4AD" w14:textId="77777777" w:rsidTr="00211C2F">
        <w:trPr>
          <w:jc w:val="center"/>
        </w:trPr>
        <w:tc>
          <w:tcPr>
            <w:tcW w:w="3686" w:type="dxa"/>
            <w:vAlign w:val="center"/>
          </w:tcPr>
          <w:p w14:paraId="096BEB65" w14:textId="21D9A7AC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IES</w:t>
            </w:r>
            <w:r w:rsidR="00132992">
              <w:rPr>
                <w:sz w:val="18"/>
                <w:lang w:val="pt-BR"/>
              </w:rPr>
              <w:t xml:space="preserve"> </w:t>
            </w:r>
            <w:proofErr w:type="gramStart"/>
            <w:r w:rsidR="00132992">
              <w:rPr>
                <w:sz w:val="18"/>
                <w:lang w:val="pt-BR"/>
              </w:rPr>
              <w:t>/  Campus</w:t>
            </w:r>
            <w:proofErr w:type="gramEnd"/>
          </w:p>
        </w:tc>
        <w:tc>
          <w:tcPr>
            <w:tcW w:w="5720" w:type="dxa"/>
            <w:vAlign w:val="center"/>
          </w:tcPr>
          <w:p w14:paraId="0C3234F2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Universidade Federal de Sergipe</w:t>
            </w:r>
          </w:p>
        </w:tc>
      </w:tr>
      <w:tr w:rsidR="00483A65" w:rsidRPr="00BE7E48" w14:paraId="77B37DB1" w14:textId="77777777" w:rsidTr="00211C2F">
        <w:trPr>
          <w:jc w:val="center"/>
        </w:trPr>
        <w:tc>
          <w:tcPr>
            <w:tcW w:w="3686" w:type="dxa"/>
            <w:vAlign w:val="center"/>
          </w:tcPr>
          <w:p w14:paraId="31C2CCF7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E-mail</w:t>
            </w:r>
          </w:p>
        </w:tc>
        <w:tc>
          <w:tcPr>
            <w:tcW w:w="5720" w:type="dxa"/>
            <w:vAlign w:val="center"/>
          </w:tcPr>
          <w:p w14:paraId="193DECD6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6FCAA808" w14:textId="77777777" w:rsidTr="00211C2F">
        <w:trPr>
          <w:jc w:val="center"/>
        </w:trPr>
        <w:tc>
          <w:tcPr>
            <w:tcW w:w="3686" w:type="dxa"/>
            <w:vAlign w:val="center"/>
          </w:tcPr>
          <w:p w14:paraId="3BE9F918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Telefone</w:t>
            </w:r>
          </w:p>
        </w:tc>
        <w:tc>
          <w:tcPr>
            <w:tcW w:w="5720" w:type="dxa"/>
            <w:vAlign w:val="center"/>
          </w:tcPr>
          <w:p w14:paraId="1A05E90F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654496B1" w14:textId="77777777" w:rsidTr="00211C2F">
        <w:trPr>
          <w:jc w:val="center"/>
        </w:trPr>
        <w:tc>
          <w:tcPr>
            <w:tcW w:w="3686" w:type="dxa"/>
            <w:vAlign w:val="center"/>
          </w:tcPr>
          <w:p w14:paraId="4C9D34F7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Link do Currículo Lattes</w:t>
            </w:r>
          </w:p>
        </w:tc>
        <w:tc>
          <w:tcPr>
            <w:tcW w:w="5720" w:type="dxa"/>
            <w:vAlign w:val="center"/>
          </w:tcPr>
          <w:p w14:paraId="4605BD86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613BA6F7" w14:textId="77777777" w:rsidTr="00211C2F">
        <w:trPr>
          <w:jc w:val="center"/>
        </w:trPr>
        <w:tc>
          <w:tcPr>
            <w:tcW w:w="3686" w:type="dxa"/>
            <w:vAlign w:val="center"/>
          </w:tcPr>
          <w:p w14:paraId="1355FC6A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ORCID</w:t>
            </w:r>
          </w:p>
        </w:tc>
        <w:tc>
          <w:tcPr>
            <w:tcW w:w="5720" w:type="dxa"/>
            <w:vAlign w:val="center"/>
          </w:tcPr>
          <w:p w14:paraId="64C12880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34D6A289" w14:textId="77777777" w:rsidTr="00211C2F">
        <w:trPr>
          <w:jc w:val="center"/>
        </w:trPr>
        <w:tc>
          <w:tcPr>
            <w:tcW w:w="3686" w:type="dxa"/>
            <w:vAlign w:val="center"/>
          </w:tcPr>
          <w:p w14:paraId="48814438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Vínculo institucional</w:t>
            </w:r>
          </w:p>
        </w:tc>
        <w:tc>
          <w:tcPr>
            <w:tcW w:w="5720" w:type="dxa"/>
            <w:vAlign w:val="center"/>
          </w:tcPr>
          <w:p w14:paraId="2223072A" w14:textId="77777777" w:rsidR="00483A65" w:rsidRPr="00BE7E48" w:rsidRDefault="00CE63C5">
            <w:pPr>
              <w:rPr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Sim   ( ) Não</w:t>
            </w:r>
          </w:p>
        </w:tc>
      </w:tr>
      <w:tr w:rsidR="00483A65" w:rsidRPr="00BE7E48" w14:paraId="13987F64" w14:textId="77777777" w:rsidTr="00211C2F">
        <w:trPr>
          <w:jc w:val="center"/>
        </w:trPr>
        <w:tc>
          <w:tcPr>
            <w:tcW w:w="3686" w:type="dxa"/>
            <w:vAlign w:val="center"/>
          </w:tcPr>
          <w:p w14:paraId="2926382A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Tipo de vínculo</w:t>
            </w:r>
          </w:p>
        </w:tc>
        <w:tc>
          <w:tcPr>
            <w:tcW w:w="5720" w:type="dxa"/>
            <w:vAlign w:val="center"/>
          </w:tcPr>
          <w:p w14:paraId="3A45674B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272FAEBB" w14:textId="77777777" w:rsidTr="00211C2F">
        <w:trPr>
          <w:jc w:val="center"/>
        </w:trPr>
        <w:tc>
          <w:tcPr>
            <w:tcW w:w="3686" w:type="dxa"/>
            <w:vAlign w:val="center"/>
          </w:tcPr>
          <w:p w14:paraId="5C5BDC51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Carga horária semanal total na instituição</w:t>
            </w:r>
          </w:p>
        </w:tc>
        <w:tc>
          <w:tcPr>
            <w:tcW w:w="5720" w:type="dxa"/>
            <w:vAlign w:val="center"/>
          </w:tcPr>
          <w:p w14:paraId="4B200A15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4DEC96D5" w14:textId="77777777" w:rsidTr="00211C2F">
        <w:trPr>
          <w:jc w:val="center"/>
        </w:trPr>
        <w:tc>
          <w:tcPr>
            <w:tcW w:w="3686" w:type="dxa"/>
            <w:vAlign w:val="center"/>
          </w:tcPr>
          <w:p w14:paraId="6B4F135F" w14:textId="77777777" w:rsidR="00483A65" w:rsidRPr="00BE7E48" w:rsidRDefault="00CE63C5">
            <w:pPr>
              <w:rPr>
                <w:lang w:val="pt-BR"/>
              </w:rPr>
            </w:pPr>
            <w:proofErr w:type="spellStart"/>
            <w:r w:rsidRPr="00BE7E48">
              <w:rPr>
                <w:sz w:val="18"/>
                <w:lang w:val="pt-BR"/>
              </w:rPr>
              <w:t>PPGs</w:t>
            </w:r>
            <w:proofErr w:type="spellEnd"/>
            <w:r w:rsidRPr="00BE7E48">
              <w:rPr>
                <w:sz w:val="18"/>
                <w:lang w:val="pt-BR"/>
              </w:rPr>
              <w:t xml:space="preserve"> em que atua como docente permanente além do PROFSAÚDE</w:t>
            </w:r>
          </w:p>
        </w:tc>
        <w:tc>
          <w:tcPr>
            <w:tcW w:w="5720" w:type="dxa"/>
            <w:vAlign w:val="center"/>
          </w:tcPr>
          <w:p w14:paraId="53A722BD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4F5C284D" w14:textId="77777777" w:rsidTr="00211C2F">
        <w:trPr>
          <w:jc w:val="center"/>
        </w:trPr>
        <w:tc>
          <w:tcPr>
            <w:tcW w:w="3686" w:type="dxa"/>
            <w:vAlign w:val="center"/>
          </w:tcPr>
          <w:p w14:paraId="086351FC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 xml:space="preserve">Carga horária semanal disponível para o </w:t>
            </w:r>
            <w:r w:rsidRPr="00BE7E48">
              <w:rPr>
                <w:sz w:val="18"/>
                <w:lang w:val="pt-BR"/>
              </w:rPr>
              <w:t>PROFSAÚDE</w:t>
            </w:r>
          </w:p>
        </w:tc>
        <w:tc>
          <w:tcPr>
            <w:tcW w:w="5720" w:type="dxa"/>
            <w:vAlign w:val="center"/>
          </w:tcPr>
          <w:p w14:paraId="654CD389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211C2F" w:rsidRPr="00BE7E48" w14:paraId="0473D581" w14:textId="77777777" w:rsidTr="00211C2F">
        <w:trPr>
          <w:jc w:val="center"/>
        </w:trPr>
        <w:tc>
          <w:tcPr>
            <w:tcW w:w="3686" w:type="dxa"/>
            <w:vAlign w:val="center"/>
          </w:tcPr>
          <w:p w14:paraId="08C3B0F6" w14:textId="60C315B1" w:rsidR="00211C2F" w:rsidRPr="00BE7E48" w:rsidRDefault="00211C2F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Pretende concorrer a vaga destinada para ações afirmativas</w:t>
            </w:r>
          </w:p>
        </w:tc>
        <w:tc>
          <w:tcPr>
            <w:tcW w:w="5720" w:type="dxa"/>
            <w:vAlign w:val="center"/>
          </w:tcPr>
          <w:p w14:paraId="56689047" w14:textId="4FF155CE" w:rsidR="00211C2F" w:rsidRPr="00BE7E48" w:rsidRDefault="00211C2F">
            <w:pPr>
              <w:rPr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Sim   ( ) Não</w:t>
            </w:r>
            <w:r>
              <w:rPr>
                <w:sz w:val="18"/>
                <w:lang w:val="pt-BR"/>
              </w:rPr>
              <w:t>. Se sim, declara qual condição do item 1.3:</w:t>
            </w:r>
          </w:p>
        </w:tc>
      </w:tr>
    </w:tbl>
    <w:p w14:paraId="1D8303A4" w14:textId="77777777" w:rsidR="00483A65" w:rsidRDefault="00CE63C5">
      <w:pPr>
        <w:spacing w:before="200" w:after="80"/>
        <w:rPr>
          <w:b/>
          <w:sz w:val="24"/>
          <w:lang w:val="pt-BR"/>
        </w:rPr>
      </w:pPr>
      <w:r w:rsidRPr="00BE7E48">
        <w:rPr>
          <w:b/>
          <w:sz w:val="24"/>
          <w:lang w:val="pt-BR"/>
        </w:rPr>
        <w:t>1 FORMAÇÃO E ÁREA DE ATUAÇÃO</w:t>
      </w:r>
    </w:p>
    <w:tbl>
      <w:tblPr>
        <w:tblStyle w:val="Tabelacomgrade"/>
        <w:tblW w:w="9362" w:type="dxa"/>
        <w:jc w:val="center"/>
        <w:tblLook w:val="04A0" w:firstRow="1" w:lastRow="0" w:firstColumn="1" w:lastColumn="0" w:noHBand="0" w:noVBand="1"/>
      </w:tblPr>
      <w:tblGrid>
        <w:gridCol w:w="2972"/>
        <w:gridCol w:w="1559"/>
        <w:gridCol w:w="4831"/>
      </w:tblGrid>
      <w:tr w:rsidR="00132992" w:rsidRPr="001E4500" w14:paraId="79DEA6B6" w14:textId="77777777" w:rsidTr="00132992">
        <w:trPr>
          <w:jc w:val="center"/>
        </w:trPr>
        <w:tc>
          <w:tcPr>
            <w:tcW w:w="9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EE10737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FORMAÇÃO ACADÊMICA</w:t>
            </w:r>
          </w:p>
        </w:tc>
      </w:tr>
      <w:tr w:rsidR="00132992" w:rsidRPr="001E4500" w14:paraId="7E885933" w14:textId="77777777" w:rsidTr="00211C2F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E9D3C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b/>
                <w:sz w:val="20"/>
                <w:szCs w:val="18"/>
              </w:rPr>
            </w:pPr>
            <w:proofErr w:type="spellStart"/>
            <w:r w:rsidRPr="001E4500">
              <w:rPr>
                <w:rFonts w:ascii="Arial Narrow" w:hAnsi="Arial Narrow"/>
                <w:b/>
                <w:sz w:val="20"/>
                <w:szCs w:val="18"/>
              </w:rPr>
              <w:t>Nível</w:t>
            </w:r>
            <w:proofErr w:type="spellEnd"/>
            <w:r w:rsidRPr="001E4500">
              <w:rPr>
                <w:rFonts w:ascii="Arial Narrow" w:hAnsi="Arial Narrow"/>
                <w:b/>
                <w:sz w:val="20"/>
                <w:szCs w:val="18"/>
              </w:rPr>
              <w:t xml:space="preserve"> de </w:t>
            </w:r>
            <w:proofErr w:type="spellStart"/>
            <w:r w:rsidRPr="001E4500">
              <w:rPr>
                <w:rFonts w:ascii="Arial Narrow" w:hAnsi="Arial Narrow"/>
                <w:b/>
                <w:sz w:val="20"/>
                <w:szCs w:val="18"/>
              </w:rPr>
              <w:t>Formação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2F012" w14:textId="6E271BBB" w:rsidR="00132992" w:rsidRPr="001E4500" w:rsidRDefault="00211C2F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Ano </w:t>
            </w:r>
            <w:r w:rsidR="00132992" w:rsidRPr="001E4500">
              <w:rPr>
                <w:rFonts w:ascii="Arial Narrow" w:hAnsi="Arial Narrow"/>
                <w:b/>
                <w:sz w:val="20"/>
                <w:szCs w:val="18"/>
              </w:rPr>
              <w:t xml:space="preserve">de </w:t>
            </w:r>
            <w:proofErr w:type="spellStart"/>
            <w:r w:rsidR="00132992">
              <w:rPr>
                <w:rFonts w:ascii="Arial Narrow" w:hAnsi="Arial Narrow"/>
                <w:b/>
                <w:sz w:val="20"/>
                <w:szCs w:val="18"/>
              </w:rPr>
              <w:t>t</w:t>
            </w:r>
            <w:r w:rsidR="00132992" w:rsidRPr="001E4500">
              <w:rPr>
                <w:rFonts w:ascii="Arial Narrow" w:hAnsi="Arial Narrow"/>
                <w:b/>
                <w:sz w:val="20"/>
                <w:szCs w:val="18"/>
              </w:rPr>
              <w:t>itulação</w:t>
            </w:r>
            <w:proofErr w:type="spellEnd"/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0C452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b/>
                <w:sz w:val="20"/>
                <w:szCs w:val="18"/>
              </w:rPr>
            </w:pPr>
            <w:proofErr w:type="spellStart"/>
            <w:r w:rsidRPr="001E4500">
              <w:rPr>
                <w:rFonts w:ascii="Arial Narrow" w:hAnsi="Arial Narrow"/>
                <w:b/>
                <w:sz w:val="20"/>
                <w:szCs w:val="18"/>
              </w:rPr>
              <w:t>Instituição</w:t>
            </w:r>
            <w:proofErr w:type="spellEnd"/>
          </w:p>
        </w:tc>
      </w:tr>
      <w:tr w:rsidR="00132992" w:rsidRPr="001E4500" w14:paraId="1EFDB4C8" w14:textId="77777777" w:rsidTr="00211C2F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EA72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bCs/>
                <w:sz w:val="20"/>
                <w:szCs w:val="18"/>
              </w:rPr>
            </w:pPr>
            <w:proofErr w:type="spellStart"/>
            <w:r w:rsidRPr="001E4500">
              <w:rPr>
                <w:rFonts w:ascii="Arial Narrow" w:hAnsi="Arial Narrow"/>
                <w:bCs/>
                <w:sz w:val="20"/>
                <w:szCs w:val="18"/>
              </w:rPr>
              <w:t>Graduação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E710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2DDF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</w:tr>
      <w:tr w:rsidR="00132992" w:rsidRPr="001E4500" w14:paraId="1885CCB9" w14:textId="77777777" w:rsidTr="00211C2F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55C7" w14:textId="1B400CF8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bCs/>
                <w:sz w:val="20"/>
                <w:szCs w:val="18"/>
              </w:rPr>
            </w:pPr>
            <w:proofErr w:type="spellStart"/>
            <w:r>
              <w:rPr>
                <w:rFonts w:ascii="Arial Narrow" w:hAnsi="Arial Narrow"/>
                <w:bCs/>
                <w:sz w:val="20"/>
                <w:szCs w:val="18"/>
              </w:rPr>
              <w:t>Mestrado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80B2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F87E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</w:tr>
      <w:tr w:rsidR="00132992" w:rsidRPr="001E4500" w14:paraId="7C665295" w14:textId="77777777" w:rsidTr="00211C2F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1E4C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bCs/>
                <w:sz w:val="20"/>
                <w:szCs w:val="18"/>
              </w:rPr>
            </w:pPr>
            <w:proofErr w:type="spellStart"/>
            <w:r w:rsidRPr="001E4500">
              <w:rPr>
                <w:rFonts w:ascii="Arial Narrow" w:hAnsi="Arial Narrow"/>
                <w:bCs/>
                <w:sz w:val="20"/>
                <w:szCs w:val="18"/>
              </w:rPr>
              <w:t>Doutorado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0195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7EE7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</w:tr>
      <w:tr w:rsidR="00132992" w:rsidRPr="001E4500" w14:paraId="383118D6" w14:textId="77777777" w:rsidTr="0073645E">
        <w:trPr>
          <w:jc w:val="center"/>
        </w:trPr>
        <w:tc>
          <w:tcPr>
            <w:tcW w:w="9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2931" w14:textId="77777777" w:rsidR="00132992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sz w:val="20"/>
                <w:szCs w:val="18"/>
              </w:rPr>
            </w:pPr>
            <w:proofErr w:type="spellStart"/>
            <w:r>
              <w:rPr>
                <w:rFonts w:ascii="Arial Narrow" w:hAnsi="Arial Narrow"/>
                <w:sz w:val="20"/>
                <w:szCs w:val="18"/>
              </w:rPr>
              <w:t>Área</w:t>
            </w:r>
            <w:proofErr w:type="spellEnd"/>
            <w:r>
              <w:rPr>
                <w:rFonts w:ascii="Arial Narrow" w:hAnsi="Arial Narrow"/>
                <w:sz w:val="20"/>
                <w:szCs w:val="18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18"/>
              </w:rPr>
              <w:t>concentração</w:t>
            </w:r>
            <w:proofErr w:type="spellEnd"/>
            <w:r>
              <w:rPr>
                <w:rFonts w:ascii="Arial Narrow" w:hAnsi="Arial Narrow"/>
                <w:sz w:val="20"/>
                <w:szCs w:val="18"/>
              </w:rPr>
              <w:t xml:space="preserve"> do </w:t>
            </w:r>
            <w:proofErr w:type="spellStart"/>
            <w:r>
              <w:rPr>
                <w:rFonts w:ascii="Arial Narrow" w:hAnsi="Arial Narrow"/>
                <w:sz w:val="20"/>
                <w:szCs w:val="18"/>
              </w:rPr>
              <w:t>doutorado</w:t>
            </w:r>
            <w:proofErr w:type="spellEnd"/>
            <w:r>
              <w:rPr>
                <w:rFonts w:ascii="Arial Narrow" w:hAnsi="Arial Narrow"/>
                <w:sz w:val="20"/>
                <w:szCs w:val="18"/>
              </w:rPr>
              <w:t>:</w:t>
            </w:r>
          </w:p>
          <w:p w14:paraId="1BE841CD" w14:textId="77777777" w:rsidR="00132992" w:rsidRPr="001E4500" w:rsidRDefault="00132992" w:rsidP="0073645E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sz w:val="20"/>
                <w:szCs w:val="18"/>
              </w:rPr>
            </w:pPr>
          </w:p>
        </w:tc>
      </w:tr>
    </w:tbl>
    <w:p w14:paraId="33FBD32C" w14:textId="77777777" w:rsidR="00132992" w:rsidRPr="00BE7E48" w:rsidRDefault="00132992">
      <w:pPr>
        <w:spacing w:before="200" w:after="80"/>
        <w:rPr>
          <w:lang w:val="pt-BR"/>
        </w:rPr>
      </w:pP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6"/>
        <w:gridCol w:w="5720"/>
      </w:tblGrid>
      <w:tr w:rsidR="00483A65" w:rsidRPr="00BE7E48" w14:paraId="6731F724" w14:textId="77777777" w:rsidTr="00132992">
        <w:trPr>
          <w:jc w:val="center"/>
        </w:trPr>
        <w:tc>
          <w:tcPr>
            <w:tcW w:w="3686" w:type="dxa"/>
            <w:shd w:val="clear" w:color="auto" w:fill="D9E1F2"/>
            <w:vAlign w:val="center"/>
          </w:tcPr>
          <w:p w14:paraId="462F731C" w14:textId="77777777" w:rsidR="00483A65" w:rsidRPr="00BE7E48" w:rsidRDefault="00CE63C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ITEM</w:t>
            </w:r>
          </w:p>
        </w:tc>
        <w:tc>
          <w:tcPr>
            <w:tcW w:w="5720" w:type="dxa"/>
            <w:shd w:val="clear" w:color="auto" w:fill="D9E1F2"/>
            <w:vAlign w:val="center"/>
          </w:tcPr>
          <w:p w14:paraId="255FCC6B" w14:textId="77777777" w:rsidR="00483A65" w:rsidRPr="00BE7E48" w:rsidRDefault="00CE63C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INFORMAÇÃO</w:t>
            </w:r>
          </w:p>
        </w:tc>
      </w:tr>
      <w:tr w:rsidR="00483A65" w:rsidRPr="00BE7E48" w14:paraId="6E0053CD" w14:textId="77777777" w:rsidTr="00132992">
        <w:trPr>
          <w:jc w:val="center"/>
        </w:trPr>
        <w:tc>
          <w:tcPr>
            <w:tcW w:w="3686" w:type="dxa"/>
            <w:vAlign w:val="center"/>
          </w:tcPr>
          <w:p w14:paraId="16F9315B" w14:textId="77777777" w:rsidR="00483A65" w:rsidRPr="00BE7E48" w:rsidRDefault="00CE63C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Núcleo disciplinar</w:t>
            </w:r>
          </w:p>
        </w:tc>
        <w:tc>
          <w:tcPr>
            <w:tcW w:w="5720" w:type="dxa"/>
            <w:vAlign w:val="center"/>
          </w:tcPr>
          <w:p w14:paraId="675A188D" w14:textId="066CB756" w:rsidR="00132992" w:rsidRDefault="00CE63C5">
            <w:pPr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Ciências Sociais e Humanas em Saúde  </w:t>
            </w:r>
          </w:p>
          <w:p w14:paraId="17FD8835" w14:textId="77777777" w:rsidR="00132992" w:rsidRDefault="00CE63C5">
            <w:pPr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Política, Planejamento</w:t>
            </w:r>
            <w:r w:rsidR="00BE7E48">
              <w:rPr>
                <w:sz w:val="18"/>
                <w:lang w:val="pt-BR"/>
              </w:rPr>
              <w:t>,</w:t>
            </w:r>
            <w:r w:rsidRPr="00BE7E48">
              <w:rPr>
                <w:sz w:val="18"/>
                <w:lang w:val="pt-BR"/>
              </w:rPr>
              <w:t xml:space="preserve"> Gestão </w:t>
            </w:r>
            <w:r w:rsidR="00BE7E48">
              <w:rPr>
                <w:sz w:val="18"/>
                <w:lang w:val="pt-BR"/>
              </w:rPr>
              <w:t xml:space="preserve">e Avaliação </w:t>
            </w:r>
            <w:r w:rsidRPr="00BE7E48">
              <w:rPr>
                <w:sz w:val="18"/>
                <w:lang w:val="pt-BR"/>
              </w:rPr>
              <w:t>em Saúde</w:t>
            </w:r>
            <w:r w:rsidR="00132992">
              <w:rPr>
                <w:sz w:val="18"/>
                <w:lang w:val="pt-BR"/>
              </w:rPr>
              <w:t xml:space="preserve"> </w:t>
            </w:r>
          </w:p>
          <w:p w14:paraId="70E72195" w14:textId="514A9AC6" w:rsidR="00483A65" w:rsidRPr="00132992" w:rsidRDefault="00132992">
            <w:pPr>
              <w:rPr>
                <w:sz w:val="18"/>
                <w:lang w:val="pt-BR"/>
              </w:rPr>
            </w:pPr>
            <w:proofErr w:type="gramStart"/>
            <w:r>
              <w:rPr>
                <w:sz w:val="18"/>
                <w:lang w:val="pt-BR"/>
              </w:rPr>
              <w:t>(  )</w:t>
            </w:r>
            <w:proofErr w:type="gramEnd"/>
            <w:r>
              <w:rPr>
                <w:sz w:val="18"/>
                <w:lang w:val="pt-BR"/>
              </w:rPr>
              <w:t xml:space="preserve"> Epidemiologia</w:t>
            </w:r>
          </w:p>
        </w:tc>
      </w:tr>
      <w:tr w:rsidR="00132992" w:rsidRPr="00BE7E48" w14:paraId="521842FE" w14:textId="77777777" w:rsidTr="00132992">
        <w:trPr>
          <w:jc w:val="center"/>
        </w:trPr>
        <w:tc>
          <w:tcPr>
            <w:tcW w:w="3686" w:type="dxa"/>
            <w:vAlign w:val="center"/>
          </w:tcPr>
          <w:p w14:paraId="68EBC702" w14:textId="3BD3DCEF" w:rsidR="00132992" w:rsidRPr="00BE7E48" w:rsidRDefault="00132992">
            <w:pPr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Linha de Pesquisa</w:t>
            </w:r>
          </w:p>
        </w:tc>
        <w:tc>
          <w:tcPr>
            <w:tcW w:w="5720" w:type="dxa"/>
            <w:vAlign w:val="center"/>
          </w:tcPr>
          <w:p w14:paraId="173EAC30" w14:textId="5B77ADC6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Atenção integral aos ciclos de vida e grupos vulnerabilizados</w:t>
            </w:r>
          </w:p>
          <w:p w14:paraId="5A6070A6" w14:textId="15CE33A2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Atenção à saúde, acesso e qualidade na Atenção Básica em Saúde</w:t>
            </w:r>
          </w:p>
          <w:p w14:paraId="40CE6786" w14:textId="7ABF3E83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Educação e saúde: tendências contemporâneas da educação, competências e estratégias</w:t>
            </w:r>
          </w:p>
          <w:p w14:paraId="496643A4" w14:textId="5EFFE4DB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Planejamento, gestão e avaliação de serviços na Estratégia de Saúde da Família/AB/APS</w:t>
            </w:r>
          </w:p>
          <w:p w14:paraId="733DBAC0" w14:textId="6116B4EE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Informação em saúde</w:t>
            </w:r>
          </w:p>
          <w:p w14:paraId="22323F3A" w14:textId="7CF5B661" w:rsidR="00132992" w:rsidRPr="00132992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>
              <w:rPr>
                <w:sz w:val="18"/>
                <w:lang w:val="pt-BR"/>
              </w:rPr>
              <w:t xml:space="preserve"> </w:t>
            </w:r>
            <w:r w:rsidRPr="00132992">
              <w:rPr>
                <w:sz w:val="18"/>
                <w:lang w:val="pt-BR"/>
              </w:rPr>
              <w:t>Vigilância em Saúde</w:t>
            </w:r>
          </w:p>
          <w:p w14:paraId="383E88F0" w14:textId="77777777" w:rsidR="00132992" w:rsidRPr="00132992" w:rsidRDefault="00132992">
            <w:pPr>
              <w:rPr>
                <w:sz w:val="18"/>
                <w:lang w:val="pt-BR"/>
              </w:rPr>
            </w:pPr>
          </w:p>
        </w:tc>
      </w:tr>
      <w:tr w:rsidR="00132992" w:rsidRPr="00BE7E48" w14:paraId="0769B7EC" w14:textId="77777777" w:rsidTr="00132992">
        <w:trPr>
          <w:jc w:val="center"/>
        </w:trPr>
        <w:tc>
          <w:tcPr>
            <w:tcW w:w="3686" w:type="dxa"/>
            <w:vAlign w:val="center"/>
          </w:tcPr>
          <w:p w14:paraId="366943A8" w14:textId="7FDF16D8" w:rsidR="00132992" w:rsidRDefault="00132992">
            <w:pPr>
              <w:rPr>
                <w:sz w:val="18"/>
                <w:lang w:val="pt-BR"/>
              </w:rPr>
            </w:pPr>
            <w:r w:rsidRPr="00BE7E48">
              <w:rPr>
                <w:sz w:val="18"/>
                <w:lang w:val="pt-BR"/>
              </w:rPr>
              <w:t>Temas principais de atuação</w:t>
            </w:r>
          </w:p>
        </w:tc>
        <w:tc>
          <w:tcPr>
            <w:tcW w:w="5720" w:type="dxa"/>
            <w:vAlign w:val="center"/>
          </w:tcPr>
          <w:p w14:paraId="7F55534D" w14:textId="77777777" w:rsidR="00132992" w:rsidRPr="00BE7E48" w:rsidRDefault="00132992" w:rsidP="00132992">
            <w:pPr>
              <w:pStyle w:val="Commarcadores"/>
              <w:numPr>
                <w:ilvl w:val="0"/>
                <w:numId w:val="0"/>
              </w:numPr>
              <w:spacing w:after="60"/>
              <w:rPr>
                <w:sz w:val="18"/>
                <w:lang w:val="pt-BR"/>
              </w:rPr>
            </w:pPr>
          </w:p>
        </w:tc>
      </w:tr>
    </w:tbl>
    <w:p w14:paraId="3B2CB686" w14:textId="77777777" w:rsidR="00132992" w:rsidRDefault="00132992">
      <w:pPr>
        <w:spacing w:before="200" w:after="80"/>
        <w:rPr>
          <w:b/>
          <w:sz w:val="24"/>
          <w:lang w:val="pt-BR"/>
        </w:rPr>
      </w:pPr>
    </w:p>
    <w:p w14:paraId="1A6B928D" w14:textId="77777777" w:rsidR="00211C2F" w:rsidRDefault="00211C2F">
      <w:pPr>
        <w:spacing w:before="200" w:after="80"/>
        <w:rPr>
          <w:b/>
          <w:sz w:val="24"/>
          <w:lang w:val="pt-BR"/>
        </w:rPr>
      </w:pPr>
    </w:p>
    <w:p w14:paraId="25721529" w14:textId="2C7C649D" w:rsidR="00483A65" w:rsidRDefault="00CE63C5">
      <w:pPr>
        <w:spacing w:before="200" w:after="80"/>
        <w:rPr>
          <w:b/>
          <w:sz w:val="24"/>
          <w:lang w:val="pt-BR"/>
        </w:rPr>
      </w:pPr>
      <w:r w:rsidRPr="00BE7E48">
        <w:rPr>
          <w:b/>
          <w:sz w:val="24"/>
          <w:lang w:val="pt-BR"/>
        </w:rPr>
        <w:t>2 ATIVIDADES DE PESQUISA</w:t>
      </w:r>
    </w:p>
    <w:p w14:paraId="238DD0C2" w14:textId="0BED6A37" w:rsidR="00635268" w:rsidRPr="00635268" w:rsidRDefault="00635268" w:rsidP="00635268">
      <w:pPr>
        <w:spacing w:after="80" w:line="252" w:lineRule="auto"/>
        <w:jc w:val="both"/>
        <w:rPr>
          <w:lang w:val="pt-BR"/>
        </w:rPr>
      </w:pPr>
      <w:r w:rsidRPr="00635268">
        <w:rPr>
          <w:lang w:val="pt-BR"/>
        </w:rPr>
        <w:t>A Nota Final será obtida pela média ponderada das notas atribuídas em cada critério, conforme a fórmula:</w:t>
      </w:r>
      <w:r>
        <w:rPr>
          <w:lang w:val="pt-BR"/>
        </w:rPr>
        <w:t xml:space="preserve"> </w:t>
      </w:r>
      <w:r w:rsidRPr="00635268">
        <w:rPr>
          <w:lang w:val="pt-BR"/>
        </w:rPr>
        <w:t>Nota Final = (Aderência × 0,60) + (Produção Bibliográfica × 0,20) + (Produção Técnico-Tecnológica × 0,20).</w:t>
      </w:r>
    </w:p>
    <w:p w14:paraId="499DA980" w14:textId="128E7008" w:rsidR="00635268" w:rsidRPr="00BE7E48" w:rsidRDefault="00635268" w:rsidP="00635268">
      <w:pPr>
        <w:spacing w:after="80" w:line="252" w:lineRule="auto"/>
        <w:jc w:val="both"/>
        <w:rPr>
          <w:lang w:val="pt-BR"/>
        </w:rPr>
      </w:pPr>
      <w:r w:rsidRPr="00635268">
        <w:rPr>
          <w:lang w:val="pt-BR"/>
        </w:rPr>
        <w:t>A Nota Final será expressa em escala de 0 (zero) a 100 (cem) pontos.</w:t>
      </w:r>
    </w:p>
    <w:tbl>
      <w:tblPr>
        <w:tblStyle w:val="Tabelacomgrade"/>
        <w:tblW w:w="9516" w:type="dxa"/>
        <w:jc w:val="center"/>
        <w:tblLayout w:type="fixed"/>
        <w:tblLook w:val="04A0" w:firstRow="1" w:lastRow="0" w:firstColumn="1" w:lastColumn="0" w:noHBand="0" w:noVBand="1"/>
      </w:tblPr>
      <w:tblGrid>
        <w:gridCol w:w="3787"/>
        <w:gridCol w:w="3135"/>
        <w:gridCol w:w="2594"/>
      </w:tblGrid>
      <w:tr w:rsidR="00211C2F" w:rsidRPr="00BE7E48" w14:paraId="4E6A0D46" w14:textId="77777777" w:rsidTr="0073645E">
        <w:trPr>
          <w:jc w:val="center"/>
        </w:trPr>
        <w:tc>
          <w:tcPr>
            <w:tcW w:w="3787" w:type="dxa"/>
            <w:shd w:val="clear" w:color="auto" w:fill="D9E1F2"/>
            <w:vAlign w:val="center"/>
          </w:tcPr>
          <w:p w14:paraId="380A6106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CRITÉRIO</w:t>
            </w:r>
          </w:p>
        </w:tc>
        <w:tc>
          <w:tcPr>
            <w:tcW w:w="3135" w:type="dxa"/>
            <w:shd w:val="clear" w:color="auto" w:fill="D9E1F2"/>
            <w:vAlign w:val="center"/>
          </w:tcPr>
          <w:p w14:paraId="0138E6C5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PESO</w:t>
            </w:r>
          </w:p>
        </w:tc>
        <w:tc>
          <w:tcPr>
            <w:tcW w:w="2594" w:type="dxa"/>
            <w:shd w:val="clear" w:color="auto" w:fill="D9E1F2"/>
            <w:vAlign w:val="center"/>
          </w:tcPr>
          <w:p w14:paraId="7EF9C0E5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PONTOS MÁXIMOS</w:t>
            </w:r>
          </w:p>
        </w:tc>
      </w:tr>
      <w:tr w:rsidR="00211C2F" w:rsidRPr="00BE7E48" w14:paraId="38661F29" w14:textId="77777777" w:rsidTr="0073645E">
        <w:trPr>
          <w:jc w:val="center"/>
        </w:trPr>
        <w:tc>
          <w:tcPr>
            <w:tcW w:w="3787" w:type="dxa"/>
          </w:tcPr>
          <w:p w14:paraId="558C1404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Produção bibliográfica</w:t>
            </w:r>
          </w:p>
        </w:tc>
        <w:tc>
          <w:tcPr>
            <w:tcW w:w="3135" w:type="dxa"/>
          </w:tcPr>
          <w:p w14:paraId="79E8B245" w14:textId="77777777" w:rsidR="00211C2F" w:rsidRPr="00BE7E48" w:rsidRDefault="00211C2F" w:rsidP="0073645E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6</w:t>
            </w:r>
            <w:r w:rsidRPr="00BE7E48">
              <w:rPr>
                <w:sz w:val="18"/>
                <w:lang w:val="pt-BR"/>
              </w:rPr>
              <w:t>0%</w:t>
            </w:r>
          </w:p>
        </w:tc>
        <w:tc>
          <w:tcPr>
            <w:tcW w:w="2594" w:type="dxa"/>
          </w:tcPr>
          <w:p w14:paraId="6F0BF295" w14:textId="5F63170E" w:rsidR="00211C2F" w:rsidRPr="00BE7E48" w:rsidRDefault="00635268" w:rsidP="0073645E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100</w:t>
            </w:r>
          </w:p>
        </w:tc>
      </w:tr>
      <w:tr w:rsidR="00211C2F" w:rsidRPr="00BE7E48" w14:paraId="79EFBBCA" w14:textId="77777777" w:rsidTr="0073645E">
        <w:trPr>
          <w:jc w:val="center"/>
        </w:trPr>
        <w:tc>
          <w:tcPr>
            <w:tcW w:w="3787" w:type="dxa"/>
          </w:tcPr>
          <w:p w14:paraId="40C64A6D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Produção técnico-tecnológica</w:t>
            </w:r>
          </w:p>
        </w:tc>
        <w:tc>
          <w:tcPr>
            <w:tcW w:w="3135" w:type="dxa"/>
          </w:tcPr>
          <w:p w14:paraId="12220BF8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20%</w:t>
            </w:r>
          </w:p>
        </w:tc>
        <w:tc>
          <w:tcPr>
            <w:tcW w:w="2594" w:type="dxa"/>
          </w:tcPr>
          <w:p w14:paraId="3F31F0CD" w14:textId="3015EB29" w:rsidR="00211C2F" w:rsidRPr="00BE7E48" w:rsidRDefault="00635268" w:rsidP="0073645E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100</w:t>
            </w:r>
          </w:p>
        </w:tc>
      </w:tr>
      <w:tr w:rsidR="00211C2F" w:rsidRPr="00BE7E48" w14:paraId="43E03AAB" w14:textId="77777777" w:rsidTr="0073645E">
        <w:trPr>
          <w:jc w:val="center"/>
        </w:trPr>
        <w:tc>
          <w:tcPr>
            <w:tcW w:w="3787" w:type="dxa"/>
          </w:tcPr>
          <w:p w14:paraId="7D0433FB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Trajetória acadêmico-profissional e aderência ao PROFSAÚDE</w:t>
            </w:r>
          </w:p>
        </w:tc>
        <w:tc>
          <w:tcPr>
            <w:tcW w:w="3135" w:type="dxa"/>
          </w:tcPr>
          <w:p w14:paraId="254B3147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20%</w:t>
            </w:r>
          </w:p>
        </w:tc>
        <w:tc>
          <w:tcPr>
            <w:tcW w:w="2594" w:type="dxa"/>
          </w:tcPr>
          <w:p w14:paraId="50AE2578" w14:textId="2A31E99E" w:rsidR="00211C2F" w:rsidRPr="00BE7E48" w:rsidRDefault="00635268" w:rsidP="0073645E">
            <w:pPr>
              <w:rPr>
                <w:lang w:val="pt-BR"/>
              </w:rPr>
            </w:pPr>
            <w:r>
              <w:rPr>
                <w:sz w:val="18"/>
                <w:lang w:val="pt-BR"/>
              </w:rPr>
              <w:t>100</w:t>
            </w:r>
          </w:p>
        </w:tc>
      </w:tr>
      <w:tr w:rsidR="00211C2F" w:rsidRPr="00BE7E48" w14:paraId="23806363" w14:textId="77777777" w:rsidTr="0073645E">
        <w:trPr>
          <w:jc w:val="center"/>
        </w:trPr>
        <w:tc>
          <w:tcPr>
            <w:tcW w:w="3787" w:type="dxa"/>
          </w:tcPr>
          <w:p w14:paraId="0C37964E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TOTAL</w:t>
            </w:r>
          </w:p>
        </w:tc>
        <w:tc>
          <w:tcPr>
            <w:tcW w:w="3135" w:type="dxa"/>
          </w:tcPr>
          <w:p w14:paraId="4B8DDC31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100%</w:t>
            </w:r>
          </w:p>
        </w:tc>
        <w:tc>
          <w:tcPr>
            <w:tcW w:w="2594" w:type="dxa"/>
          </w:tcPr>
          <w:p w14:paraId="1C4523F0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100</w:t>
            </w:r>
          </w:p>
        </w:tc>
      </w:tr>
    </w:tbl>
    <w:p w14:paraId="4BA086F6" w14:textId="77777777" w:rsidR="00635268" w:rsidRDefault="00635268">
      <w:pPr>
        <w:spacing w:before="200" w:after="80"/>
        <w:rPr>
          <w:lang w:val="pt-BR"/>
        </w:rPr>
      </w:pPr>
    </w:p>
    <w:p w14:paraId="0C2952FA" w14:textId="738B8CAC" w:rsidR="00483A65" w:rsidRDefault="00CE63C5">
      <w:pPr>
        <w:spacing w:before="200" w:after="80"/>
        <w:rPr>
          <w:b/>
          <w:sz w:val="24"/>
          <w:lang w:val="pt-BR"/>
        </w:rPr>
      </w:pPr>
      <w:r w:rsidRPr="00BE7E48">
        <w:rPr>
          <w:b/>
          <w:sz w:val="24"/>
          <w:lang w:val="pt-BR"/>
        </w:rPr>
        <w:t>3 PRODUÇÃO BIBLIOGRÁFICA</w:t>
      </w:r>
    </w:p>
    <w:p w14:paraId="6F97D9D1" w14:textId="2E69F2E0" w:rsidR="00635268" w:rsidRPr="00BE7E48" w:rsidRDefault="00635268" w:rsidP="00635268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O quadro abaixo organiza os critérios de avaliação e classificação adotados localmente, sem substituir os requisitos de elegibilidade estabelecidos na Instrução Normativa nº 01/2026 – PROFSAÚDE. </w:t>
      </w:r>
    </w:p>
    <w:p w14:paraId="2860ECE1" w14:textId="04EF4252" w:rsidR="00483A65" w:rsidRPr="00BE7E48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Indicar </w:t>
      </w:r>
      <w:r w:rsidR="00211C2F">
        <w:rPr>
          <w:lang w:val="pt-BR"/>
        </w:rPr>
        <w:t xml:space="preserve">no mínimo </w:t>
      </w:r>
      <w:r w:rsidRPr="00BE7E48">
        <w:rPr>
          <w:lang w:val="pt-BR"/>
        </w:rPr>
        <w:t>6 (seis) produções bibliográficas relevant</w:t>
      </w:r>
      <w:r w:rsidRPr="00BE7E48">
        <w:rPr>
          <w:lang w:val="pt-BR"/>
        </w:rPr>
        <w:t>es do último quadriênio anterior à solicitação de credenciamento, observando os critérios da IN.</w:t>
      </w:r>
    </w:p>
    <w:tbl>
      <w:tblPr>
        <w:tblStyle w:val="Tabelacomgrade"/>
        <w:tblW w:w="94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97"/>
        <w:gridCol w:w="1353"/>
        <w:gridCol w:w="1186"/>
        <w:gridCol w:w="1559"/>
        <w:gridCol w:w="1418"/>
        <w:gridCol w:w="1249"/>
      </w:tblGrid>
      <w:tr w:rsidR="00211C2F" w:rsidRPr="00BE7E48" w14:paraId="411F8BC2" w14:textId="77777777" w:rsidTr="00211C2F">
        <w:trPr>
          <w:trHeight w:val="844"/>
        </w:trPr>
        <w:tc>
          <w:tcPr>
            <w:tcW w:w="709" w:type="dxa"/>
            <w:shd w:val="clear" w:color="auto" w:fill="D9E1F2"/>
            <w:vAlign w:val="center"/>
          </w:tcPr>
          <w:p w14:paraId="1797421D" w14:textId="77777777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Nº</w:t>
            </w:r>
          </w:p>
        </w:tc>
        <w:tc>
          <w:tcPr>
            <w:tcW w:w="1997" w:type="dxa"/>
            <w:shd w:val="clear" w:color="auto" w:fill="D9E1F2"/>
            <w:vAlign w:val="center"/>
          </w:tcPr>
          <w:p w14:paraId="20D004AA" w14:textId="77777777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ANO</w:t>
            </w:r>
          </w:p>
        </w:tc>
        <w:tc>
          <w:tcPr>
            <w:tcW w:w="1353" w:type="dxa"/>
            <w:shd w:val="clear" w:color="auto" w:fill="D9E1F2"/>
            <w:vAlign w:val="center"/>
          </w:tcPr>
          <w:p w14:paraId="674FB516" w14:textId="77777777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TÍTULO / DOI / LINK*</w:t>
            </w:r>
          </w:p>
        </w:tc>
        <w:tc>
          <w:tcPr>
            <w:tcW w:w="1186" w:type="dxa"/>
            <w:shd w:val="clear" w:color="auto" w:fill="D9E1F2"/>
            <w:vAlign w:val="center"/>
          </w:tcPr>
          <w:p w14:paraId="74B59140" w14:textId="77777777" w:rsidR="00211C2F" w:rsidRDefault="00211C2F" w:rsidP="0073645E">
            <w:pPr>
              <w:jc w:val="center"/>
              <w:rPr>
                <w:b/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TIPO</w:t>
            </w:r>
          </w:p>
          <w:p w14:paraId="77E30A32" w14:textId="0F6E27D0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>
              <w:rPr>
                <w:b/>
                <w:sz w:val="16"/>
                <w:szCs w:val="21"/>
                <w:lang w:val="pt-BR"/>
              </w:rPr>
              <w:t>(ARTIGO / LIVRO / CAPÍTULO)</w:t>
            </w:r>
          </w:p>
        </w:tc>
        <w:tc>
          <w:tcPr>
            <w:tcW w:w="1559" w:type="dxa"/>
            <w:shd w:val="clear" w:color="auto" w:fill="D9E1F2"/>
            <w:vAlign w:val="center"/>
          </w:tcPr>
          <w:p w14:paraId="5C0B0E02" w14:textId="3463B456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>
              <w:rPr>
                <w:b/>
                <w:sz w:val="16"/>
                <w:szCs w:val="21"/>
                <w:lang w:val="pt-BR"/>
              </w:rPr>
              <w:t xml:space="preserve">CRITÉRIO DE </w:t>
            </w:r>
            <w:r w:rsidRPr="00211C2F">
              <w:rPr>
                <w:b/>
                <w:sz w:val="16"/>
                <w:szCs w:val="21"/>
                <w:lang w:val="pt-BR"/>
              </w:rPr>
              <w:t>INDEXAÇÃO / CONSOLIDAÇÃO</w:t>
            </w:r>
          </w:p>
        </w:tc>
        <w:tc>
          <w:tcPr>
            <w:tcW w:w="1418" w:type="dxa"/>
            <w:shd w:val="clear" w:color="auto" w:fill="D9E1F2"/>
            <w:vAlign w:val="center"/>
          </w:tcPr>
          <w:p w14:paraId="0336CED0" w14:textId="77777777" w:rsidR="00211C2F" w:rsidRDefault="00211C2F" w:rsidP="0073645E">
            <w:pPr>
              <w:jc w:val="center"/>
              <w:rPr>
                <w:b/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AUTORIA QUALIFICADA</w:t>
            </w:r>
          </w:p>
          <w:p w14:paraId="2F254782" w14:textId="7A3CB3E2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>
              <w:rPr>
                <w:b/>
                <w:sz w:val="16"/>
                <w:szCs w:val="21"/>
                <w:lang w:val="pt-BR"/>
              </w:rPr>
              <w:t>(SIM /NÃO)</w:t>
            </w:r>
          </w:p>
        </w:tc>
        <w:tc>
          <w:tcPr>
            <w:tcW w:w="1249" w:type="dxa"/>
            <w:shd w:val="clear" w:color="auto" w:fill="D9E1F2"/>
            <w:vAlign w:val="center"/>
          </w:tcPr>
          <w:p w14:paraId="43FA3481" w14:textId="0C570A40" w:rsidR="00211C2F" w:rsidRDefault="00211C2F" w:rsidP="0073645E">
            <w:pPr>
              <w:jc w:val="center"/>
              <w:rPr>
                <w:b/>
                <w:sz w:val="16"/>
                <w:szCs w:val="21"/>
                <w:lang w:val="pt-BR"/>
              </w:rPr>
            </w:pPr>
            <w:r>
              <w:rPr>
                <w:b/>
                <w:sz w:val="16"/>
                <w:szCs w:val="21"/>
                <w:lang w:val="pt-BR"/>
              </w:rPr>
              <w:t xml:space="preserve">JUSTIFICATIVA DE </w:t>
            </w:r>
          </w:p>
          <w:p w14:paraId="44350577" w14:textId="6E785C80" w:rsidR="00211C2F" w:rsidRPr="00211C2F" w:rsidRDefault="00211C2F" w:rsidP="0073645E">
            <w:pPr>
              <w:jc w:val="center"/>
              <w:rPr>
                <w:sz w:val="16"/>
                <w:szCs w:val="21"/>
                <w:lang w:val="pt-BR"/>
              </w:rPr>
            </w:pPr>
            <w:r w:rsidRPr="00211C2F">
              <w:rPr>
                <w:b/>
                <w:sz w:val="16"/>
                <w:szCs w:val="21"/>
                <w:lang w:val="pt-BR"/>
              </w:rPr>
              <w:t>ADERÊNCIA S</w:t>
            </w:r>
            <w:r>
              <w:rPr>
                <w:b/>
                <w:sz w:val="16"/>
                <w:szCs w:val="21"/>
                <w:lang w:val="pt-BR"/>
              </w:rPr>
              <w:t xml:space="preserve">. </w:t>
            </w:r>
            <w:r w:rsidRPr="00211C2F">
              <w:rPr>
                <w:b/>
                <w:sz w:val="16"/>
                <w:szCs w:val="21"/>
                <w:lang w:val="pt-BR"/>
              </w:rPr>
              <w:t>C</w:t>
            </w:r>
            <w:r>
              <w:rPr>
                <w:b/>
                <w:sz w:val="16"/>
                <w:szCs w:val="21"/>
                <w:lang w:val="pt-BR"/>
              </w:rPr>
              <w:t>OLETIVA</w:t>
            </w:r>
          </w:p>
        </w:tc>
      </w:tr>
      <w:tr w:rsidR="00211C2F" w:rsidRPr="00BE7E48" w14:paraId="4C2DCB1D" w14:textId="77777777" w:rsidTr="00211C2F">
        <w:trPr>
          <w:trHeight w:val="256"/>
        </w:trPr>
        <w:tc>
          <w:tcPr>
            <w:tcW w:w="709" w:type="dxa"/>
            <w:vAlign w:val="center"/>
          </w:tcPr>
          <w:p w14:paraId="72417009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1</w:t>
            </w:r>
          </w:p>
        </w:tc>
        <w:tc>
          <w:tcPr>
            <w:tcW w:w="1997" w:type="dxa"/>
            <w:vAlign w:val="center"/>
          </w:tcPr>
          <w:p w14:paraId="5373EBF3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212FABA9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3CD938D4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465ECF6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0540924E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19397442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08232421" w14:textId="77777777" w:rsidTr="00211C2F">
        <w:trPr>
          <w:trHeight w:val="256"/>
        </w:trPr>
        <w:tc>
          <w:tcPr>
            <w:tcW w:w="709" w:type="dxa"/>
            <w:vAlign w:val="center"/>
          </w:tcPr>
          <w:p w14:paraId="13D5E7C9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2</w:t>
            </w:r>
          </w:p>
        </w:tc>
        <w:tc>
          <w:tcPr>
            <w:tcW w:w="1997" w:type="dxa"/>
            <w:vAlign w:val="center"/>
          </w:tcPr>
          <w:p w14:paraId="1029D21B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2F6DFF3F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29E5D886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1B04ED7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13CD76DC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4C5586DA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2427D352" w14:textId="77777777" w:rsidTr="00211C2F">
        <w:trPr>
          <w:trHeight w:val="256"/>
        </w:trPr>
        <w:tc>
          <w:tcPr>
            <w:tcW w:w="709" w:type="dxa"/>
            <w:vAlign w:val="center"/>
          </w:tcPr>
          <w:p w14:paraId="472DABAD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3</w:t>
            </w:r>
          </w:p>
        </w:tc>
        <w:tc>
          <w:tcPr>
            <w:tcW w:w="1997" w:type="dxa"/>
            <w:vAlign w:val="center"/>
          </w:tcPr>
          <w:p w14:paraId="3E1FF3B3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6AD4EA6C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05322D9F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10CCDF4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1345F564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7DE3B871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2079DBA6" w14:textId="77777777" w:rsidTr="00211C2F">
        <w:trPr>
          <w:trHeight w:val="244"/>
        </w:trPr>
        <w:tc>
          <w:tcPr>
            <w:tcW w:w="709" w:type="dxa"/>
            <w:vAlign w:val="center"/>
          </w:tcPr>
          <w:p w14:paraId="26E2A577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4</w:t>
            </w:r>
          </w:p>
        </w:tc>
        <w:tc>
          <w:tcPr>
            <w:tcW w:w="1997" w:type="dxa"/>
            <w:vAlign w:val="center"/>
          </w:tcPr>
          <w:p w14:paraId="5FF2944E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78305883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71C0942B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04013C1F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3E6C2689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560F353A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7E4C5E68" w14:textId="77777777" w:rsidTr="00211C2F">
        <w:trPr>
          <w:trHeight w:val="256"/>
        </w:trPr>
        <w:tc>
          <w:tcPr>
            <w:tcW w:w="709" w:type="dxa"/>
            <w:vAlign w:val="center"/>
          </w:tcPr>
          <w:p w14:paraId="7DEC2028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5</w:t>
            </w:r>
          </w:p>
        </w:tc>
        <w:tc>
          <w:tcPr>
            <w:tcW w:w="1997" w:type="dxa"/>
            <w:vAlign w:val="center"/>
          </w:tcPr>
          <w:p w14:paraId="669A88DA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518109CE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5E621247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36423F4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63C432A3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78D77FBD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0C592249" w14:textId="77777777" w:rsidTr="00211C2F">
        <w:trPr>
          <w:trHeight w:val="256"/>
        </w:trPr>
        <w:tc>
          <w:tcPr>
            <w:tcW w:w="709" w:type="dxa"/>
            <w:vAlign w:val="center"/>
          </w:tcPr>
          <w:p w14:paraId="52CEB96F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6</w:t>
            </w:r>
          </w:p>
        </w:tc>
        <w:tc>
          <w:tcPr>
            <w:tcW w:w="1997" w:type="dxa"/>
            <w:vAlign w:val="center"/>
          </w:tcPr>
          <w:p w14:paraId="5FACC8B0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353" w:type="dxa"/>
            <w:vAlign w:val="center"/>
          </w:tcPr>
          <w:p w14:paraId="029C0153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6" w:type="dxa"/>
            <w:vAlign w:val="center"/>
          </w:tcPr>
          <w:p w14:paraId="35EB8A85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282DE118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032118DC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249" w:type="dxa"/>
            <w:vAlign w:val="center"/>
          </w:tcPr>
          <w:p w14:paraId="27C359CF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</w:tbl>
    <w:p w14:paraId="3006FFFC" w14:textId="77777777" w:rsidR="00211C2F" w:rsidRDefault="00211C2F" w:rsidP="00211C2F">
      <w:pPr>
        <w:pStyle w:val="p1"/>
      </w:pPr>
    </w:p>
    <w:p w14:paraId="2668B391" w14:textId="2D79ADA3" w:rsidR="00211C2F" w:rsidRDefault="00211C2F" w:rsidP="00211C2F">
      <w:pPr>
        <w:pStyle w:val="p1"/>
      </w:pPr>
      <w:r>
        <w:t>*1 - A produção deverá ser anexada quando não estiver disponível para acesso por meio de link eletrônico.</w:t>
      </w:r>
    </w:p>
    <w:p w14:paraId="5E09C456" w14:textId="77777777" w:rsidR="00211C2F" w:rsidRDefault="00211C2F">
      <w:pPr>
        <w:spacing w:before="200" w:after="80"/>
        <w:rPr>
          <w:b/>
          <w:sz w:val="24"/>
          <w:lang w:val="pt-BR"/>
        </w:rPr>
      </w:pPr>
    </w:p>
    <w:p w14:paraId="21AE2D5C" w14:textId="3BFFF945" w:rsidR="00483A65" w:rsidRPr="00BE7E48" w:rsidRDefault="00CE63C5">
      <w:pPr>
        <w:spacing w:before="200" w:after="80"/>
        <w:rPr>
          <w:lang w:val="pt-BR"/>
        </w:rPr>
      </w:pPr>
      <w:r w:rsidRPr="00BE7E48">
        <w:rPr>
          <w:b/>
          <w:sz w:val="24"/>
          <w:lang w:val="pt-BR"/>
        </w:rPr>
        <w:t>4 PRODUÇÃO TÉCNICA E TECNOLÓGICA</w:t>
      </w:r>
    </w:p>
    <w:p w14:paraId="320EEA35" w14:textId="42E2A2DA" w:rsidR="00483A65" w:rsidRPr="00BE7E48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Indicar </w:t>
      </w:r>
      <w:r w:rsidR="00211C2F">
        <w:rPr>
          <w:lang w:val="pt-BR"/>
        </w:rPr>
        <w:t xml:space="preserve">no mínimo </w:t>
      </w:r>
      <w:r w:rsidRPr="00BE7E48">
        <w:rPr>
          <w:lang w:val="pt-BR"/>
        </w:rPr>
        <w:t>2 (duas) produções técnico-tecnológicas prioritárias no último quadriênio anterior à solicitação de ingresso.</w:t>
      </w:r>
    </w:p>
    <w:tbl>
      <w:tblPr>
        <w:tblStyle w:val="Tabelacomgrade"/>
        <w:tblW w:w="9440" w:type="dxa"/>
        <w:jc w:val="center"/>
        <w:tblLayout w:type="fixed"/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0"/>
        <w:gridCol w:w="1180"/>
        <w:gridCol w:w="1180"/>
        <w:gridCol w:w="1180"/>
        <w:gridCol w:w="1180"/>
      </w:tblGrid>
      <w:tr w:rsidR="00211C2F" w:rsidRPr="00BE7E48" w14:paraId="6C8DD880" w14:textId="77777777" w:rsidTr="0073645E">
        <w:trPr>
          <w:trHeight w:val="438"/>
          <w:jc w:val="center"/>
        </w:trPr>
        <w:tc>
          <w:tcPr>
            <w:tcW w:w="1180" w:type="dxa"/>
            <w:shd w:val="clear" w:color="auto" w:fill="D9E1F2"/>
            <w:vAlign w:val="center"/>
          </w:tcPr>
          <w:p w14:paraId="636FECB6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Nº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57D8DEF4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PTT / LINK</w:t>
            </w:r>
            <w:r>
              <w:rPr>
                <w:b/>
                <w:sz w:val="18"/>
                <w:lang w:val="pt-BR"/>
              </w:rPr>
              <w:t>*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35EE1281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TIPO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0948ACDE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ADERÊNCIA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441C777F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IMPACTO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13211B7B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APLICABILIDADE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7827F713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INOVAÇÃO</w:t>
            </w:r>
          </w:p>
        </w:tc>
        <w:tc>
          <w:tcPr>
            <w:tcW w:w="1180" w:type="dxa"/>
            <w:shd w:val="clear" w:color="auto" w:fill="D9E1F2"/>
            <w:vAlign w:val="center"/>
          </w:tcPr>
          <w:p w14:paraId="303E995A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COMPLEXIDADE</w:t>
            </w:r>
          </w:p>
        </w:tc>
      </w:tr>
      <w:tr w:rsidR="00211C2F" w:rsidRPr="00BE7E48" w14:paraId="25D1D948" w14:textId="77777777" w:rsidTr="0073645E">
        <w:trPr>
          <w:trHeight w:val="270"/>
          <w:jc w:val="center"/>
        </w:trPr>
        <w:tc>
          <w:tcPr>
            <w:tcW w:w="1180" w:type="dxa"/>
            <w:vAlign w:val="center"/>
          </w:tcPr>
          <w:p w14:paraId="18B7994B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1</w:t>
            </w:r>
          </w:p>
        </w:tc>
        <w:tc>
          <w:tcPr>
            <w:tcW w:w="1180" w:type="dxa"/>
            <w:vAlign w:val="center"/>
          </w:tcPr>
          <w:p w14:paraId="56809036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1D2949C7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540008D2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205F3C9A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00A4B166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4936342D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3F7C7CF0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  <w:tr w:rsidR="00211C2F" w:rsidRPr="00BE7E48" w14:paraId="56ED7C62" w14:textId="77777777" w:rsidTr="0073645E">
        <w:trPr>
          <w:trHeight w:val="270"/>
          <w:jc w:val="center"/>
        </w:trPr>
        <w:tc>
          <w:tcPr>
            <w:tcW w:w="1180" w:type="dxa"/>
            <w:vAlign w:val="center"/>
          </w:tcPr>
          <w:p w14:paraId="7E896DAD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2</w:t>
            </w:r>
          </w:p>
        </w:tc>
        <w:tc>
          <w:tcPr>
            <w:tcW w:w="1180" w:type="dxa"/>
            <w:vAlign w:val="center"/>
          </w:tcPr>
          <w:p w14:paraId="794193D5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63D15AAC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719061E8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4B08F0ED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310F804D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3AB9D966" w14:textId="77777777" w:rsidR="00211C2F" w:rsidRPr="00BE7E48" w:rsidRDefault="00211C2F" w:rsidP="0073645E">
            <w:pPr>
              <w:rPr>
                <w:lang w:val="pt-BR"/>
              </w:rPr>
            </w:pPr>
          </w:p>
        </w:tc>
        <w:tc>
          <w:tcPr>
            <w:tcW w:w="1180" w:type="dxa"/>
            <w:vAlign w:val="center"/>
          </w:tcPr>
          <w:p w14:paraId="06D5E637" w14:textId="77777777" w:rsidR="00211C2F" w:rsidRPr="00BE7E48" w:rsidRDefault="00211C2F" w:rsidP="0073645E">
            <w:pPr>
              <w:rPr>
                <w:lang w:val="pt-BR"/>
              </w:rPr>
            </w:pPr>
          </w:p>
        </w:tc>
      </w:tr>
    </w:tbl>
    <w:p w14:paraId="10BED74C" w14:textId="77777777" w:rsidR="00211C2F" w:rsidRDefault="00211C2F">
      <w:pPr>
        <w:spacing w:before="200" w:after="80"/>
        <w:rPr>
          <w:b/>
          <w:sz w:val="24"/>
          <w:lang w:val="pt-BR"/>
        </w:rPr>
      </w:pPr>
    </w:p>
    <w:p w14:paraId="06AFD32E" w14:textId="77777777" w:rsidR="00346CFA" w:rsidRDefault="00346CFA">
      <w:pPr>
        <w:spacing w:before="200" w:after="80"/>
        <w:rPr>
          <w:b/>
          <w:sz w:val="24"/>
          <w:lang w:val="pt-BR"/>
        </w:rPr>
      </w:pPr>
    </w:p>
    <w:p w14:paraId="53EF701D" w14:textId="77777777" w:rsidR="00346CFA" w:rsidRDefault="00346CFA">
      <w:pPr>
        <w:spacing w:before="200" w:after="80"/>
        <w:rPr>
          <w:b/>
          <w:sz w:val="24"/>
          <w:lang w:val="pt-BR"/>
        </w:rPr>
      </w:pPr>
    </w:p>
    <w:p w14:paraId="397C3236" w14:textId="37BE0B28" w:rsidR="00483A65" w:rsidRDefault="00CE63C5">
      <w:pPr>
        <w:spacing w:before="200" w:after="80"/>
        <w:rPr>
          <w:b/>
          <w:sz w:val="24"/>
          <w:lang w:val="pt-BR"/>
        </w:rPr>
      </w:pPr>
      <w:r w:rsidRPr="00BE7E48">
        <w:rPr>
          <w:b/>
          <w:sz w:val="24"/>
          <w:lang w:val="pt-BR"/>
        </w:rPr>
        <w:t>5 DOCÊNCIA E ORIENTAÇÃO</w:t>
      </w:r>
    </w:p>
    <w:tbl>
      <w:tblPr>
        <w:tblStyle w:val="Tabelacomgrade"/>
        <w:tblW w:w="8597" w:type="dxa"/>
        <w:jc w:val="center"/>
        <w:tblLayout w:type="fixed"/>
        <w:tblLook w:val="04A0" w:firstRow="1" w:lastRow="0" w:firstColumn="1" w:lastColumn="0" w:noHBand="0" w:noVBand="1"/>
      </w:tblPr>
      <w:tblGrid>
        <w:gridCol w:w="2659"/>
        <w:gridCol w:w="5938"/>
      </w:tblGrid>
      <w:tr w:rsidR="00211C2F" w:rsidRPr="00BE7E48" w14:paraId="6199D26B" w14:textId="77777777" w:rsidTr="0073645E">
        <w:trPr>
          <w:trHeight w:val="202"/>
          <w:jc w:val="center"/>
        </w:trPr>
        <w:tc>
          <w:tcPr>
            <w:tcW w:w="2659" w:type="dxa"/>
            <w:shd w:val="clear" w:color="auto" w:fill="D9E1F2"/>
            <w:vAlign w:val="center"/>
          </w:tcPr>
          <w:p w14:paraId="44F645E3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ASPECTO</w:t>
            </w:r>
          </w:p>
        </w:tc>
        <w:tc>
          <w:tcPr>
            <w:tcW w:w="5938" w:type="dxa"/>
            <w:shd w:val="clear" w:color="auto" w:fill="D9E1F2"/>
            <w:vAlign w:val="center"/>
          </w:tcPr>
          <w:p w14:paraId="36E3F0CE" w14:textId="77777777" w:rsidR="00211C2F" w:rsidRPr="00BE7E48" w:rsidRDefault="00211C2F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COMPROVAÇÃO / SÍNTESE</w:t>
            </w:r>
          </w:p>
        </w:tc>
      </w:tr>
      <w:tr w:rsidR="00211C2F" w:rsidRPr="00BE7E48" w14:paraId="0B03E2C3" w14:textId="77777777" w:rsidTr="0073645E">
        <w:trPr>
          <w:trHeight w:val="821"/>
          <w:jc w:val="center"/>
        </w:trPr>
        <w:tc>
          <w:tcPr>
            <w:tcW w:w="2659" w:type="dxa"/>
          </w:tcPr>
          <w:p w14:paraId="652A4CED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Formação e compatibilidade com o núcleo disciplinar/perfil da vaga</w:t>
            </w:r>
          </w:p>
        </w:tc>
        <w:tc>
          <w:tcPr>
            <w:tcW w:w="5938" w:type="dxa"/>
          </w:tcPr>
          <w:p w14:paraId="22D61C2E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Titulação, formação acadêmica e trajetória profissional compatíveis com Ciências Sociais e Humanas em Saúde ou Política, Planejamento e Gestão em Saúde, conforme o perfil prioritário da vaga.</w:t>
            </w:r>
          </w:p>
        </w:tc>
      </w:tr>
      <w:tr w:rsidR="00211C2F" w:rsidRPr="00BE7E48" w14:paraId="33B56344" w14:textId="77777777" w:rsidTr="0073645E">
        <w:trPr>
          <w:trHeight w:val="404"/>
          <w:jc w:val="center"/>
        </w:trPr>
        <w:tc>
          <w:tcPr>
            <w:tcW w:w="2659" w:type="dxa"/>
          </w:tcPr>
          <w:p w14:paraId="2F1F0259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Experiência em pesquisa e projetos ativos</w:t>
            </w:r>
          </w:p>
        </w:tc>
        <w:tc>
          <w:tcPr>
            <w:tcW w:w="5938" w:type="dxa"/>
          </w:tcPr>
          <w:p w14:paraId="53A9C9F3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Experiência mínima, projetos ativos aderentes à Saúde Coletiva/Saúde da Família e pesquisa aplicada.</w:t>
            </w:r>
          </w:p>
        </w:tc>
      </w:tr>
      <w:tr w:rsidR="00211C2F" w:rsidRPr="00BE7E48" w14:paraId="249A6FF4" w14:textId="77777777" w:rsidTr="0073645E">
        <w:trPr>
          <w:trHeight w:val="416"/>
          <w:jc w:val="center"/>
        </w:trPr>
        <w:tc>
          <w:tcPr>
            <w:tcW w:w="2659" w:type="dxa"/>
          </w:tcPr>
          <w:p w14:paraId="50AE086F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Docência no ensino superior</w:t>
            </w:r>
          </w:p>
        </w:tc>
        <w:tc>
          <w:tcPr>
            <w:tcW w:w="5938" w:type="dxa"/>
          </w:tcPr>
          <w:p w14:paraId="3F867745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Experiência de docência em Saúde Coletiva, graduação e/ou pós-graduação.</w:t>
            </w:r>
          </w:p>
        </w:tc>
      </w:tr>
      <w:tr w:rsidR="00211C2F" w:rsidRPr="00BE7E48" w14:paraId="33CF8215" w14:textId="77777777" w:rsidTr="0073645E">
        <w:trPr>
          <w:trHeight w:val="404"/>
          <w:jc w:val="center"/>
        </w:trPr>
        <w:tc>
          <w:tcPr>
            <w:tcW w:w="2659" w:type="dxa"/>
          </w:tcPr>
          <w:p w14:paraId="53C5ADF8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Orientação e formação de recursos humanos</w:t>
            </w:r>
          </w:p>
        </w:tc>
        <w:tc>
          <w:tcPr>
            <w:tcW w:w="5938" w:type="dxa"/>
          </w:tcPr>
          <w:p w14:paraId="61AFE420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Orientações concluídas em mestrado e/ou doutorado, preferencialmente na Saúde Coletiva.</w:t>
            </w:r>
          </w:p>
        </w:tc>
      </w:tr>
      <w:tr w:rsidR="00211C2F" w:rsidRPr="00BE7E48" w14:paraId="1C7C9A3F" w14:textId="77777777" w:rsidTr="0073645E">
        <w:trPr>
          <w:trHeight w:val="404"/>
          <w:jc w:val="center"/>
        </w:trPr>
        <w:tc>
          <w:tcPr>
            <w:tcW w:w="2659" w:type="dxa"/>
          </w:tcPr>
          <w:p w14:paraId="3ABE2D08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Inserção no SUS e cooperação técnica</w:t>
            </w:r>
          </w:p>
        </w:tc>
        <w:tc>
          <w:tcPr>
            <w:tcW w:w="5938" w:type="dxa"/>
          </w:tcPr>
          <w:p w14:paraId="2CD257BC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Atuação profissional, projetos, formação, consultorias ou pesquisa com SUS, serviços, gestão e sociedade civil.</w:t>
            </w:r>
          </w:p>
        </w:tc>
      </w:tr>
      <w:tr w:rsidR="00211C2F" w:rsidRPr="00BE7E48" w14:paraId="06EBE6B5" w14:textId="77777777" w:rsidTr="0073645E">
        <w:trPr>
          <w:trHeight w:val="404"/>
          <w:jc w:val="center"/>
        </w:trPr>
        <w:tc>
          <w:tcPr>
            <w:tcW w:w="2659" w:type="dxa"/>
          </w:tcPr>
          <w:p w14:paraId="73361948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Internacionalização e atuação em redes</w:t>
            </w:r>
          </w:p>
        </w:tc>
        <w:tc>
          <w:tcPr>
            <w:tcW w:w="5938" w:type="dxa"/>
          </w:tcPr>
          <w:p w14:paraId="7D74DA69" w14:textId="77777777" w:rsidR="00211C2F" w:rsidRPr="00BE7E48" w:rsidRDefault="00211C2F" w:rsidP="0073645E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Experiência em cooperação acadêmica, redes, projetos ou publicações e participação na Rede PROFSAÚDE.</w:t>
            </w:r>
          </w:p>
        </w:tc>
      </w:tr>
    </w:tbl>
    <w:p w14:paraId="092EB3A8" w14:textId="77777777" w:rsidR="00635268" w:rsidRDefault="00635268" w:rsidP="00635268">
      <w:pPr>
        <w:spacing w:after="80" w:line="252" w:lineRule="auto"/>
        <w:jc w:val="both"/>
        <w:rPr>
          <w:lang w:val="pt-BR"/>
        </w:rPr>
      </w:pPr>
    </w:p>
    <w:p w14:paraId="68667B88" w14:textId="591802C2" w:rsidR="00635268" w:rsidRPr="00BE7E48" w:rsidRDefault="00635268" w:rsidP="00635268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Tempo de experiência em atividades de pesquisa (anos): ____________________</w:t>
      </w:r>
    </w:p>
    <w:p w14:paraId="3E9E0D63" w14:textId="77777777" w:rsidR="00635268" w:rsidRPr="00BE7E48" w:rsidRDefault="00635268" w:rsidP="00635268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Projetos de pesquisa e/ou desenvolvimento tecnológico ativos, com aderência ao Campo da Saúde Coletiva:</w:t>
      </w:r>
    </w:p>
    <w:tbl>
      <w:tblPr>
        <w:tblStyle w:val="Tabelacomgrade"/>
        <w:tblW w:w="9370" w:type="dxa"/>
        <w:jc w:val="center"/>
        <w:tblLayout w:type="fixed"/>
        <w:tblLook w:val="04A0" w:firstRow="1" w:lastRow="0" w:firstColumn="1" w:lastColumn="0" w:noHBand="0" w:noVBand="1"/>
      </w:tblPr>
      <w:tblGrid>
        <w:gridCol w:w="2412"/>
        <w:gridCol w:w="2412"/>
        <w:gridCol w:w="2412"/>
        <w:gridCol w:w="2134"/>
      </w:tblGrid>
      <w:tr w:rsidR="00635268" w:rsidRPr="00BE7E48" w14:paraId="7B5120D6" w14:textId="77777777" w:rsidTr="0073645E">
        <w:trPr>
          <w:trHeight w:val="253"/>
          <w:jc w:val="center"/>
        </w:trPr>
        <w:tc>
          <w:tcPr>
            <w:tcW w:w="2412" w:type="dxa"/>
            <w:shd w:val="clear" w:color="auto" w:fill="D9E1F2"/>
            <w:vAlign w:val="center"/>
          </w:tcPr>
          <w:p w14:paraId="507467E7" w14:textId="77777777" w:rsidR="00635268" w:rsidRPr="00BE7E48" w:rsidRDefault="00635268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NOME DO PROJETO</w:t>
            </w:r>
          </w:p>
        </w:tc>
        <w:tc>
          <w:tcPr>
            <w:tcW w:w="2412" w:type="dxa"/>
            <w:shd w:val="clear" w:color="auto" w:fill="D9E1F2"/>
            <w:vAlign w:val="center"/>
          </w:tcPr>
          <w:p w14:paraId="1CC2FA10" w14:textId="77777777" w:rsidR="00635268" w:rsidRPr="00BE7E48" w:rsidRDefault="00635268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DESCRIÇÃO / ADERÊNCIA À SC</w:t>
            </w:r>
          </w:p>
        </w:tc>
        <w:tc>
          <w:tcPr>
            <w:tcW w:w="2412" w:type="dxa"/>
            <w:shd w:val="clear" w:color="auto" w:fill="D9E1F2"/>
            <w:vAlign w:val="center"/>
          </w:tcPr>
          <w:p w14:paraId="7EFFF5ED" w14:textId="77777777" w:rsidR="00635268" w:rsidRPr="00BE7E48" w:rsidRDefault="00635268" w:rsidP="0073645E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FINANCIAMENTO</w:t>
            </w:r>
          </w:p>
        </w:tc>
        <w:tc>
          <w:tcPr>
            <w:tcW w:w="2134" w:type="dxa"/>
            <w:shd w:val="clear" w:color="auto" w:fill="D9E1F2"/>
          </w:tcPr>
          <w:p w14:paraId="3C8A7531" w14:textId="77777777" w:rsidR="00635268" w:rsidRDefault="00635268" w:rsidP="0073645E">
            <w:pPr>
              <w:jc w:val="center"/>
              <w:rPr>
                <w:b/>
                <w:sz w:val="18"/>
                <w:lang w:val="pt-BR"/>
              </w:rPr>
            </w:pPr>
            <w:r>
              <w:rPr>
                <w:b/>
                <w:sz w:val="18"/>
                <w:lang w:val="pt-BR"/>
              </w:rPr>
              <w:t xml:space="preserve">PAPEL </w:t>
            </w:r>
          </w:p>
          <w:p w14:paraId="26BEA874" w14:textId="77777777" w:rsidR="00635268" w:rsidRPr="00BE7E48" w:rsidRDefault="00635268" w:rsidP="0073645E">
            <w:pPr>
              <w:jc w:val="center"/>
              <w:rPr>
                <w:b/>
                <w:sz w:val="18"/>
                <w:lang w:val="pt-BR"/>
              </w:rPr>
            </w:pPr>
            <w:r>
              <w:rPr>
                <w:b/>
                <w:sz w:val="18"/>
                <w:lang w:val="pt-BR"/>
              </w:rPr>
              <w:t>(COORDENADOR OU MEMBRO)</w:t>
            </w:r>
          </w:p>
        </w:tc>
      </w:tr>
      <w:tr w:rsidR="00635268" w:rsidRPr="00BE7E48" w14:paraId="73585F58" w14:textId="77777777" w:rsidTr="0073645E">
        <w:trPr>
          <w:trHeight w:val="290"/>
          <w:jc w:val="center"/>
        </w:trPr>
        <w:tc>
          <w:tcPr>
            <w:tcW w:w="2412" w:type="dxa"/>
            <w:vAlign w:val="center"/>
          </w:tcPr>
          <w:p w14:paraId="7265A282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40183D4D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7CF49859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134" w:type="dxa"/>
          </w:tcPr>
          <w:p w14:paraId="4E858551" w14:textId="77777777" w:rsidR="00635268" w:rsidRPr="00BE7E48" w:rsidRDefault="00635268" w:rsidP="0073645E">
            <w:pPr>
              <w:rPr>
                <w:lang w:val="pt-BR"/>
              </w:rPr>
            </w:pPr>
          </w:p>
        </w:tc>
      </w:tr>
      <w:tr w:rsidR="00635268" w:rsidRPr="00BE7E48" w14:paraId="70E1F0A0" w14:textId="77777777" w:rsidTr="0073645E">
        <w:trPr>
          <w:trHeight w:val="307"/>
          <w:jc w:val="center"/>
        </w:trPr>
        <w:tc>
          <w:tcPr>
            <w:tcW w:w="2412" w:type="dxa"/>
            <w:vAlign w:val="center"/>
          </w:tcPr>
          <w:p w14:paraId="204EBAE4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07648357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360F5129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134" w:type="dxa"/>
          </w:tcPr>
          <w:p w14:paraId="04A96059" w14:textId="77777777" w:rsidR="00635268" w:rsidRPr="00BE7E48" w:rsidRDefault="00635268" w:rsidP="0073645E">
            <w:pPr>
              <w:rPr>
                <w:lang w:val="pt-BR"/>
              </w:rPr>
            </w:pPr>
          </w:p>
        </w:tc>
      </w:tr>
      <w:tr w:rsidR="00635268" w:rsidRPr="00BE7E48" w14:paraId="7F8D8654" w14:textId="77777777" w:rsidTr="0073645E">
        <w:trPr>
          <w:trHeight w:val="290"/>
          <w:jc w:val="center"/>
        </w:trPr>
        <w:tc>
          <w:tcPr>
            <w:tcW w:w="2412" w:type="dxa"/>
            <w:vAlign w:val="center"/>
          </w:tcPr>
          <w:p w14:paraId="26D9101B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704B9786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412" w:type="dxa"/>
            <w:vAlign w:val="center"/>
          </w:tcPr>
          <w:p w14:paraId="1F00E6F8" w14:textId="77777777" w:rsidR="00635268" w:rsidRPr="00BE7E48" w:rsidRDefault="00635268" w:rsidP="0073645E">
            <w:pPr>
              <w:rPr>
                <w:lang w:val="pt-BR"/>
              </w:rPr>
            </w:pPr>
          </w:p>
        </w:tc>
        <w:tc>
          <w:tcPr>
            <w:tcW w:w="2134" w:type="dxa"/>
          </w:tcPr>
          <w:p w14:paraId="00A9722B" w14:textId="77777777" w:rsidR="00635268" w:rsidRPr="00BE7E48" w:rsidRDefault="00635268" w:rsidP="0073645E">
            <w:pPr>
              <w:rPr>
                <w:lang w:val="pt-BR"/>
              </w:rPr>
            </w:pPr>
          </w:p>
        </w:tc>
      </w:tr>
    </w:tbl>
    <w:p w14:paraId="736732E2" w14:textId="77777777" w:rsidR="00635268" w:rsidRPr="00BE7E48" w:rsidRDefault="00635268" w:rsidP="00635268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Experiência em pesquisa aplicada voltada ao desenvolvimento e à inovação tecnológica nas áreas de Saúde Coletiva e Saúde da Família:</w:t>
      </w:r>
    </w:p>
    <w:p w14:paraId="31592BE9" w14:textId="77777777" w:rsidR="00211C2F" w:rsidRPr="00BE7E48" w:rsidRDefault="00211C2F">
      <w:pPr>
        <w:spacing w:before="200" w:after="80"/>
        <w:rPr>
          <w:lang w:val="pt-BR"/>
        </w:rPr>
      </w:pPr>
    </w:p>
    <w:p w14:paraId="6C9F038D" w14:textId="77777777" w:rsidR="00483A65" w:rsidRPr="00BE7E48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Experiência em docência na área da Saúde Coletiva: </w:t>
      </w: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Sim ( ) Não</w:t>
      </w:r>
    </w:p>
    <w:p w14:paraId="3A1A802F" w14:textId="77777777" w:rsidR="00DF7F4A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Disciplinas ministradas na graduação: </w:t>
      </w:r>
    </w:p>
    <w:p w14:paraId="2B58326F" w14:textId="79D6A23A" w:rsidR="00483A65" w:rsidRPr="00BE7E48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________________</w:t>
      </w:r>
      <w:r w:rsidRPr="00BE7E48">
        <w:rPr>
          <w:lang w:val="pt-BR"/>
        </w:rPr>
        <w:t>____________________________________________</w:t>
      </w:r>
    </w:p>
    <w:p w14:paraId="14063CE4" w14:textId="77777777" w:rsidR="00DF7F4A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Disciplinas ministradas na pós-graduação: </w:t>
      </w:r>
    </w:p>
    <w:p w14:paraId="719389B0" w14:textId="25B46152" w:rsidR="00483A65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________________________________________________________</w:t>
      </w:r>
    </w:p>
    <w:p w14:paraId="1E7CB537" w14:textId="77777777" w:rsidR="00211C2F" w:rsidRPr="00BE7E48" w:rsidRDefault="00211C2F">
      <w:pPr>
        <w:spacing w:after="80" w:line="252" w:lineRule="auto"/>
        <w:jc w:val="both"/>
        <w:rPr>
          <w:lang w:val="pt-BR"/>
        </w:rPr>
      </w:pPr>
    </w:p>
    <w:tbl>
      <w:tblPr>
        <w:tblStyle w:val="Tabelacomgrade"/>
        <w:tblW w:w="9861" w:type="dxa"/>
        <w:tblInd w:w="-147" w:type="dxa"/>
        <w:tblLook w:val="04A0" w:firstRow="1" w:lastRow="0" w:firstColumn="1" w:lastColumn="0" w:noHBand="0" w:noVBand="1"/>
      </w:tblPr>
      <w:tblGrid>
        <w:gridCol w:w="1004"/>
        <w:gridCol w:w="4323"/>
        <w:gridCol w:w="4534"/>
      </w:tblGrid>
      <w:tr w:rsidR="002E2AD7" w:rsidRPr="00E2398A" w14:paraId="7A87297D" w14:textId="77777777" w:rsidTr="002E2AD7">
        <w:trPr>
          <w:trHeight w:val="495"/>
        </w:trPr>
        <w:tc>
          <w:tcPr>
            <w:tcW w:w="9861" w:type="dxa"/>
            <w:gridSpan w:val="3"/>
            <w:shd w:val="clear" w:color="auto" w:fill="DBE5F1" w:themeFill="accent1" w:themeFillTint="33"/>
          </w:tcPr>
          <w:p w14:paraId="54E4AF37" w14:textId="268F5E8A" w:rsidR="002E2AD7" w:rsidRDefault="002E2AD7" w:rsidP="0073645E">
            <w:pPr>
              <w:jc w:val="both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ORIENTAÇÃO OU </w:t>
            </w:r>
            <w:r w:rsidRPr="003E75E9">
              <w:rPr>
                <w:rFonts w:ascii="Arial Narrow" w:hAnsi="Arial Narrow"/>
                <w:b/>
                <w:bCs/>
                <w:sz w:val="20"/>
                <w:szCs w:val="18"/>
              </w:rPr>
              <w:t>COORIENTAÇÃO</w:t>
            </w:r>
          </w:p>
          <w:p w14:paraId="7911742B" w14:textId="084BB1D7" w:rsidR="002E2AD7" w:rsidRDefault="00211C2F" w:rsidP="0073645E">
            <w:pPr>
              <w:jc w:val="both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>5</w:t>
            </w:r>
            <w:r w:rsidR="002E2AD7" w:rsidRPr="003E75E9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="002E2AD7" w:rsidRPr="003E75E9">
              <w:rPr>
                <w:rFonts w:ascii="Arial Narrow" w:hAnsi="Arial Narrow"/>
                <w:b/>
                <w:bCs/>
                <w:sz w:val="20"/>
                <w:szCs w:val="18"/>
              </w:rPr>
              <w:t>pontos</w:t>
            </w:r>
            <w:proofErr w:type="spellEnd"/>
            <w:r w:rsidR="002E2AD7" w:rsidRPr="003E75E9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por </w:t>
            </w:r>
            <w:proofErr w:type="spellStart"/>
            <w:r w:rsidR="002E2AD7" w:rsidRPr="003E75E9">
              <w:rPr>
                <w:rFonts w:ascii="Arial Narrow" w:hAnsi="Arial Narrow"/>
                <w:b/>
                <w:bCs/>
                <w:sz w:val="20"/>
                <w:szCs w:val="18"/>
              </w:rPr>
              <w:t>orientação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de </w:t>
            </w:r>
            <w:proofErr w:type="spellStart"/>
            <w:r>
              <w:rPr>
                <w:rFonts w:ascii="Arial Narrow" w:hAnsi="Arial Narrow"/>
                <w:b/>
                <w:bCs/>
                <w:sz w:val="20"/>
                <w:szCs w:val="18"/>
              </w:rPr>
              <w:t>Doutorado</w:t>
            </w:r>
            <w:proofErr w:type="spellEnd"/>
            <w:r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e </w:t>
            </w:r>
            <w:r>
              <w:rPr>
                <w:rFonts w:ascii="Arial Narrow" w:hAnsi="Arial Narrow"/>
                <w:b/>
                <w:bCs/>
                <w:sz w:val="20"/>
                <w:szCs w:val="18"/>
              </w:rPr>
              <w:t>2</w:t>
            </w:r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pontos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por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coorientação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de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Doutorado</w:t>
            </w:r>
            <w:proofErr w:type="spellEnd"/>
          </w:p>
          <w:p w14:paraId="31D0DED0" w14:textId="397AFA0B" w:rsidR="002E2AD7" w:rsidRDefault="00211C2F" w:rsidP="0073645E">
            <w:pPr>
              <w:jc w:val="both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>3</w:t>
            </w:r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pontos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por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orientação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de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Mestrado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e </w:t>
            </w:r>
            <w:r>
              <w:rPr>
                <w:rFonts w:ascii="Arial Narrow" w:hAnsi="Arial Narrow"/>
                <w:b/>
                <w:bCs/>
                <w:sz w:val="20"/>
                <w:szCs w:val="18"/>
              </w:rPr>
              <w:t>2</w:t>
            </w:r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pontos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por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coorientação</w:t>
            </w:r>
            <w:proofErr w:type="spellEnd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de </w:t>
            </w:r>
            <w:proofErr w:type="spellStart"/>
            <w:r w:rsidR="002E2AD7">
              <w:rPr>
                <w:rFonts w:ascii="Arial Narrow" w:hAnsi="Arial Narrow"/>
                <w:b/>
                <w:bCs/>
                <w:sz w:val="20"/>
                <w:szCs w:val="18"/>
              </w:rPr>
              <w:t>mestrado</w:t>
            </w:r>
            <w:proofErr w:type="spellEnd"/>
          </w:p>
          <w:p w14:paraId="21A11BB9" w14:textId="652AA2A8" w:rsidR="002E2AD7" w:rsidRPr="00E2398A" w:rsidRDefault="002E2AD7" w:rsidP="0073645E">
            <w:pPr>
              <w:jc w:val="both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 xml:space="preserve"> </w:t>
            </w:r>
          </w:p>
        </w:tc>
      </w:tr>
      <w:tr w:rsidR="002E2AD7" w:rsidRPr="00E2398A" w14:paraId="511A06A4" w14:textId="77777777" w:rsidTr="002E2AD7">
        <w:trPr>
          <w:trHeight w:val="240"/>
        </w:trPr>
        <w:tc>
          <w:tcPr>
            <w:tcW w:w="1004" w:type="dxa"/>
            <w:shd w:val="clear" w:color="auto" w:fill="FFFFFF" w:themeFill="background1"/>
          </w:tcPr>
          <w:p w14:paraId="2E4F8D0F" w14:textId="77777777" w:rsidR="002E2AD7" w:rsidRDefault="002E2AD7" w:rsidP="0073645E">
            <w:pPr>
              <w:jc w:val="center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>ANO</w:t>
            </w:r>
          </w:p>
        </w:tc>
        <w:tc>
          <w:tcPr>
            <w:tcW w:w="4323" w:type="dxa"/>
            <w:shd w:val="clear" w:color="auto" w:fill="FFFFFF" w:themeFill="background1"/>
          </w:tcPr>
          <w:p w14:paraId="3CE33A76" w14:textId="77777777" w:rsidR="002E2AD7" w:rsidRDefault="002E2AD7" w:rsidP="0073645E">
            <w:pPr>
              <w:jc w:val="center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>DISCENTE</w:t>
            </w:r>
          </w:p>
        </w:tc>
        <w:tc>
          <w:tcPr>
            <w:tcW w:w="4533" w:type="dxa"/>
            <w:shd w:val="clear" w:color="auto" w:fill="FFFFFF" w:themeFill="background1"/>
          </w:tcPr>
          <w:p w14:paraId="74469BAD" w14:textId="77777777" w:rsidR="002E2AD7" w:rsidRDefault="002E2AD7" w:rsidP="0073645E">
            <w:pPr>
              <w:jc w:val="center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>
              <w:rPr>
                <w:rFonts w:ascii="Arial Narrow" w:hAnsi="Arial Narrow"/>
                <w:b/>
                <w:bCs/>
                <w:sz w:val="20"/>
                <w:szCs w:val="18"/>
              </w:rPr>
              <w:t>PROGRAMA/DEPARTAMENTO/INSTITUIÇÃO</w:t>
            </w:r>
          </w:p>
        </w:tc>
      </w:tr>
      <w:tr w:rsidR="002E2AD7" w:rsidRPr="00E2398A" w14:paraId="0B712E0E" w14:textId="77777777" w:rsidTr="002E2AD7">
        <w:trPr>
          <w:trHeight w:val="240"/>
        </w:trPr>
        <w:tc>
          <w:tcPr>
            <w:tcW w:w="1004" w:type="dxa"/>
            <w:shd w:val="clear" w:color="auto" w:fill="FFFFFF" w:themeFill="background1"/>
          </w:tcPr>
          <w:p w14:paraId="6E7D9BA4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323" w:type="dxa"/>
            <w:shd w:val="clear" w:color="auto" w:fill="FFFFFF" w:themeFill="background1"/>
          </w:tcPr>
          <w:p w14:paraId="63C8C927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14:paraId="28D9D0A2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</w:tr>
      <w:tr w:rsidR="002E2AD7" w:rsidRPr="00E2398A" w14:paraId="0E3661F3" w14:textId="77777777" w:rsidTr="002E2AD7">
        <w:trPr>
          <w:trHeight w:val="240"/>
        </w:trPr>
        <w:tc>
          <w:tcPr>
            <w:tcW w:w="1004" w:type="dxa"/>
            <w:shd w:val="clear" w:color="auto" w:fill="FFFFFF" w:themeFill="background1"/>
          </w:tcPr>
          <w:p w14:paraId="4F53E357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323" w:type="dxa"/>
            <w:shd w:val="clear" w:color="auto" w:fill="FFFFFF" w:themeFill="background1"/>
          </w:tcPr>
          <w:p w14:paraId="60455ABE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14:paraId="5FB71891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</w:tr>
      <w:tr w:rsidR="002E2AD7" w:rsidRPr="00E2398A" w14:paraId="415B8366" w14:textId="77777777" w:rsidTr="002E2AD7">
        <w:trPr>
          <w:trHeight w:val="240"/>
        </w:trPr>
        <w:tc>
          <w:tcPr>
            <w:tcW w:w="1004" w:type="dxa"/>
            <w:shd w:val="clear" w:color="auto" w:fill="FFFFFF" w:themeFill="background1"/>
          </w:tcPr>
          <w:p w14:paraId="35BEF36A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323" w:type="dxa"/>
            <w:shd w:val="clear" w:color="auto" w:fill="FFFFFF" w:themeFill="background1"/>
          </w:tcPr>
          <w:p w14:paraId="798CEFB6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14:paraId="2ED520E3" w14:textId="77777777" w:rsidR="002E2AD7" w:rsidRDefault="002E2AD7" w:rsidP="0073645E">
            <w:pPr>
              <w:rPr>
                <w:rFonts w:ascii="Arial Narrow" w:hAnsi="Arial Narrow"/>
                <w:b/>
                <w:bCs/>
                <w:sz w:val="20"/>
                <w:szCs w:val="18"/>
              </w:rPr>
            </w:pPr>
          </w:p>
        </w:tc>
      </w:tr>
    </w:tbl>
    <w:p w14:paraId="1F3FD767" w14:textId="29B709F9" w:rsidR="00483A65" w:rsidRPr="00BE7E48" w:rsidRDefault="00CE63C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Disciplinas do PROFSAÚDE para as quais possui interesse:</w:t>
      </w:r>
    </w:p>
    <w:p w14:paraId="6F373D5E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Atenção Integral na Saúde da Família</w:t>
      </w:r>
    </w:p>
    <w:p w14:paraId="353A2CC5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Planejamento e Avaliação na Saúde da Família</w:t>
      </w:r>
    </w:p>
    <w:p w14:paraId="53480786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lastRenderedPageBreak/>
        <w:t>( )</w:t>
      </w:r>
      <w:proofErr w:type="gramEnd"/>
      <w:r w:rsidRPr="00BE7E48">
        <w:rPr>
          <w:lang w:val="pt-BR"/>
        </w:rPr>
        <w:t xml:space="preserve"> Educação na Saúde</w:t>
      </w:r>
    </w:p>
    <w:p w14:paraId="0D557FF7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Atenção e Gestão do Cuidado</w:t>
      </w:r>
    </w:p>
    <w:p w14:paraId="241AE9DE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Promoção da Saúde</w:t>
      </w:r>
    </w:p>
    <w:p w14:paraId="378AB9E6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Produção do Conhecimento em Serviços de Saúde</w:t>
      </w:r>
    </w:p>
    <w:p w14:paraId="600A74A2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Seminários de Acompanhamento I</w:t>
      </w:r>
    </w:p>
    <w:p w14:paraId="0C296104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Seminários de Acompanhamento II</w:t>
      </w:r>
    </w:p>
    <w:p w14:paraId="2A7B9B17" w14:textId="77777777" w:rsidR="00483A65" w:rsidRPr="00BE7E48" w:rsidRDefault="00CE63C5">
      <w:pPr>
        <w:pStyle w:val="Commarcadores"/>
        <w:spacing w:after="60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Tópicos Especiais em Saúde da Família</w:t>
      </w:r>
    </w:p>
    <w:p w14:paraId="0FE6186F" w14:textId="77777777" w:rsidR="002E2AD7" w:rsidRDefault="002E2AD7">
      <w:pPr>
        <w:spacing w:before="200" w:after="80"/>
        <w:rPr>
          <w:b/>
          <w:sz w:val="24"/>
          <w:lang w:val="pt-BR"/>
        </w:rPr>
      </w:pPr>
    </w:p>
    <w:p w14:paraId="193747B5" w14:textId="29A3E71D" w:rsidR="00483A65" w:rsidRPr="00BE7E48" w:rsidRDefault="00CE63C5">
      <w:pPr>
        <w:spacing w:before="200" w:after="80"/>
        <w:rPr>
          <w:lang w:val="pt-BR"/>
        </w:rPr>
      </w:pPr>
      <w:r w:rsidRPr="00BE7E48">
        <w:rPr>
          <w:b/>
          <w:sz w:val="24"/>
          <w:lang w:val="pt-BR"/>
        </w:rPr>
        <w:t>6 OUTRAS ATIVIDADES/ATUAÇÕES</w:t>
      </w:r>
    </w:p>
    <w:p w14:paraId="279C7881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Considerando o quadriênio anterior à solicitação de credenciamento no Programa:</w:t>
      </w:r>
    </w:p>
    <w:p w14:paraId="3F41D60F" w14:textId="289A994A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A. Você teve inserção no Sistema Único de Saúde (SUS), seja como profissional atuante em algum dos</w:t>
      </w:r>
      <w:r>
        <w:rPr>
          <w:lang w:val="pt-BR"/>
        </w:rPr>
        <w:t xml:space="preserve"> </w:t>
      </w:r>
      <w:r w:rsidRPr="002E2AD7">
        <w:rPr>
          <w:lang w:val="pt-BR"/>
        </w:rPr>
        <w:t>níveis do sistema ou na coordenação e/ou parceria em projetos de pesquisa, de desenvolvimento</w:t>
      </w:r>
      <w:r>
        <w:rPr>
          <w:lang w:val="pt-BR"/>
        </w:rPr>
        <w:t xml:space="preserve"> </w:t>
      </w:r>
      <w:r w:rsidRPr="002E2AD7">
        <w:rPr>
          <w:lang w:val="pt-BR"/>
        </w:rPr>
        <w:t>tecnológico ou de extensão?</w:t>
      </w:r>
    </w:p>
    <w:p w14:paraId="5BBDE0A7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Sim</w:t>
      </w:r>
    </w:p>
    <w:p w14:paraId="1E605364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Não</w:t>
      </w:r>
    </w:p>
    <w:p w14:paraId="706BEC4E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Em caso afirmativo, especifique:</w:t>
      </w:r>
    </w:p>
    <w:p w14:paraId="27EC68C2" w14:textId="77777777" w:rsidR="002E2AD7" w:rsidRDefault="002E2AD7" w:rsidP="002E2AD7">
      <w:pPr>
        <w:spacing w:after="80" w:line="252" w:lineRule="auto"/>
        <w:jc w:val="both"/>
        <w:rPr>
          <w:lang w:val="pt-BR"/>
        </w:rPr>
      </w:pPr>
    </w:p>
    <w:p w14:paraId="2E7427C4" w14:textId="0BD7ECBE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B. Você tem experiência em atividades de cooperação técnica, formação de pessoas, consultorias e</w:t>
      </w:r>
      <w:r>
        <w:rPr>
          <w:lang w:val="pt-BR"/>
        </w:rPr>
        <w:t xml:space="preserve"> </w:t>
      </w:r>
      <w:r w:rsidRPr="002E2AD7">
        <w:rPr>
          <w:lang w:val="pt-BR"/>
        </w:rPr>
        <w:t>pesquisa em instituições setoriais acadêmicas, serviços de saúde e sociedade civil organizada nos níveis</w:t>
      </w:r>
      <w:r>
        <w:rPr>
          <w:lang w:val="pt-BR"/>
        </w:rPr>
        <w:t xml:space="preserve"> </w:t>
      </w:r>
      <w:r w:rsidRPr="002E2AD7">
        <w:rPr>
          <w:lang w:val="pt-BR"/>
        </w:rPr>
        <w:t>local, municipal, regional, estadual e nacional?</w:t>
      </w:r>
    </w:p>
    <w:p w14:paraId="39264B8B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Sim</w:t>
      </w:r>
    </w:p>
    <w:p w14:paraId="0D2CD5F6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Não</w:t>
      </w:r>
    </w:p>
    <w:p w14:paraId="0C18F644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Em caso afirmativo, especifique:</w:t>
      </w:r>
    </w:p>
    <w:p w14:paraId="60C2D843" w14:textId="77777777" w:rsidR="002E2AD7" w:rsidRDefault="002E2AD7" w:rsidP="002E2AD7">
      <w:pPr>
        <w:spacing w:after="80" w:line="252" w:lineRule="auto"/>
        <w:jc w:val="both"/>
        <w:rPr>
          <w:lang w:val="pt-BR"/>
        </w:rPr>
      </w:pPr>
    </w:p>
    <w:p w14:paraId="473930C8" w14:textId="7E6CA932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C. Você tem experiência em processos de internacionalização e cooperação acadêmica, incluindo</w:t>
      </w:r>
      <w:r>
        <w:rPr>
          <w:lang w:val="pt-BR"/>
        </w:rPr>
        <w:t xml:space="preserve"> </w:t>
      </w:r>
      <w:r w:rsidRPr="002E2AD7">
        <w:rPr>
          <w:lang w:val="pt-BR"/>
        </w:rPr>
        <w:t>participação em redes, projetos, publicações ou atividades desenvolvidas em parceria com instituições</w:t>
      </w:r>
      <w:r>
        <w:rPr>
          <w:lang w:val="pt-BR"/>
        </w:rPr>
        <w:t xml:space="preserve"> </w:t>
      </w:r>
      <w:r w:rsidRPr="002E2AD7">
        <w:rPr>
          <w:lang w:val="pt-BR"/>
        </w:rPr>
        <w:t>estrangeiras?</w:t>
      </w:r>
    </w:p>
    <w:p w14:paraId="78114ACF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Sim</w:t>
      </w:r>
    </w:p>
    <w:p w14:paraId="4A6FE574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proofErr w:type="gramStart"/>
      <w:r w:rsidRPr="002E2AD7">
        <w:rPr>
          <w:lang w:val="pt-BR"/>
        </w:rPr>
        <w:t>( )</w:t>
      </w:r>
      <w:proofErr w:type="gramEnd"/>
      <w:r w:rsidRPr="002E2AD7">
        <w:rPr>
          <w:lang w:val="pt-BR"/>
        </w:rPr>
        <w:t xml:space="preserve"> Não</w:t>
      </w:r>
    </w:p>
    <w:p w14:paraId="41C26F87" w14:textId="77777777" w:rsidR="002E2AD7" w:rsidRPr="002E2AD7" w:rsidRDefault="002E2AD7" w:rsidP="002E2AD7">
      <w:pPr>
        <w:spacing w:after="80" w:line="252" w:lineRule="auto"/>
        <w:jc w:val="both"/>
        <w:rPr>
          <w:lang w:val="pt-BR"/>
        </w:rPr>
      </w:pPr>
      <w:r w:rsidRPr="002E2AD7">
        <w:rPr>
          <w:lang w:val="pt-BR"/>
        </w:rPr>
        <w:t>Em caso afirmativo, especifique:</w:t>
      </w:r>
    </w:p>
    <w:p w14:paraId="08E45218" w14:textId="133F0889" w:rsidR="00211C2F" w:rsidRDefault="00211C2F" w:rsidP="00211C2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Observações adicionais:</w:t>
      </w:r>
    </w:p>
    <w:p w14:paraId="3A2E0BB5" w14:textId="77777777" w:rsidR="00211C2F" w:rsidRPr="00BE7E48" w:rsidRDefault="00211C2F" w:rsidP="00211C2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 Comissão atribuirá diretamente a pontuação correspondente a cada dimensão do Barema, respeitando os pesos máximos estabelecidos neste Anexo. A pontuação dos requisitos mínimos de produção não será atribuída por simples contagem, evitando duplicidade entre habilitação e classificação.</w:t>
      </w:r>
    </w:p>
    <w:p w14:paraId="1383DFF2" w14:textId="77777777" w:rsidR="00211C2F" w:rsidRPr="00BE7E48" w:rsidRDefault="00211C2F" w:rsidP="00211C2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Local e data: ____________________________________________</w:t>
      </w:r>
    </w:p>
    <w:p w14:paraId="4532FB70" w14:textId="77777777" w:rsidR="00211C2F" w:rsidRPr="00BE7E48" w:rsidRDefault="00211C2F" w:rsidP="00211C2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Assinatura do(a) candidato(a): ______________________________</w:t>
      </w:r>
    </w:p>
    <w:p w14:paraId="3AFA36F6" w14:textId="1243FD21" w:rsidR="00483A65" w:rsidRPr="00BE7E48" w:rsidRDefault="00483A65" w:rsidP="008116AD">
      <w:pPr>
        <w:spacing w:after="80"/>
        <w:rPr>
          <w:lang w:val="pt-BR"/>
        </w:rPr>
      </w:pPr>
    </w:p>
    <w:sectPr w:rsidR="00483A65" w:rsidRPr="00BE7E48" w:rsidSect="00034616">
      <w:headerReference w:type="default" r:id="rId8"/>
      <w:footerReference w:type="default" r:id="rId9"/>
      <w:pgSz w:w="12240" w:h="15840"/>
      <w:pgMar w:top="170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5A07A" w14:textId="77777777" w:rsidR="00CE63C5" w:rsidRDefault="00CE63C5">
      <w:pPr>
        <w:spacing w:after="0" w:line="240" w:lineRule="auto"/>
      </w:pPr>
      <w:r>
        <w:separator/>
      </w:r>
    </w:p>
  </w:endnote>
  <w:endnote w:type="continuationSeparator" w:id="0">
    <w:p w14:paraId="458B34DA" w14:textId="77777777" w:rsidR="00CE63C5" w:rsidRDefault="00CE6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8DB8" w14:textId="5EFD8702" w:rsidR="00483A65" w:rsidRDefault="00CE63C5">
    <w:pPr>
      <w:pStyle w:val="Rodap"/>
      <w:jc w:val="center"/>
    </w:pPr>
    <w:r>
      <w:rPr>
        <w:sz w:val="16"/>
      </w:rPr>
      <w:t xml:space="preserve">PROFSAÚDE/UFS – </w:t>
    </w:r>
    <w:proofErr w:type="spellStart"/>
    <w:r>
      <w:rPr>
        <w:sz w:val="16"/>
      </w:rPr>
      <w:t>Cred</w:t>
    </w:r>
    <w:r>
      <w:rPr>
        <w:sz w:val="16"/>
      </w:rPr>
      <w:t>enciamento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Docente</w:t>
    </w:r>
    <w:proofErr w:type="spellEnd"/>
    <w:r>
      <w:rPr>
        <w:sz w:val="16"/>
      </w:rPr>
      <w:t xml:space="preserve"> 2026 | Página </w:t>
    </w:r>
    <w:r>
      <w:fldChar w:fldCharType="begin"/>
    </w:r>
    <w:r>
      <w:instrText>PAGE</w:instrText>
    </w:r>
    <w:r>
      <w:fldChar w:fldCharType="separate"/>
    </w:r>
    <w:r w:rsidR="00BE7E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2CADA" w14:textId="77777777" w:rsidR="00CE63C5" w:rsidRDefault="00CE63C5">
      <w:pPr>
        <w:spacing w:after="0" w:line="240" w:lineRule="auto"/>
      </w:pPr>
      <w:r>
        <w:separator/>
      </w:r>
    </w:p>
  </w:footnote>
  <w:footnote w:type="continuationSeparator" w:id="0">
    <w:p w14:paraId="01780564" w14:textId="77777777" w:rsidR="00CE63C5" w:rsidRDefault="00CE6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D75C" w14:textId="68892ECD" w:rsidR="00486297" w:rsidRDefault="00486297">
    <w:pPr>
      <w:pStyle w:val="Cabealho"/>
    </w:pPr>
    <w:r w:rsidRPr="00F452BC">
      <w:rPr>
        <w:noProof/>
      </w:rPr>
      <w:drawing>
        <wp:anchor distT="0" distB="0" distL="114300" distR="114300" simplePos="0" relativeHeight="251664384" behindDoc="1" locked="0" layoutInCell="1" allowOverlap="1" wp14:anchorId="44A9D37B" wp14:editId="6F7A99EE">
          <wp:simplePos x="0" y="0"/>
          <wp:positionH relativeFrom="column">
            <wp:posOffset>86261</wp:posOffset>
          </wp:positionH>
          <wp:positionV relativeFrom="paragraph">
            <wp:posOffset>-38261</wp:posOffset>
          </wp:positionV>
          <wp:extent cx="631825" cy="520700"/>
          <wp:effectExtent l="0" t="0" r="3175" b="0"/>
          <wp:wrapTight wrapText="bothSides">
            <wp:wrapPolygon edited="0">
              <wp:start x="0" y="0"/>
              <wp:lineTo x="0" y="21073"/>
              <wp:lineTo x="21274" y="21073"/>
              <wp:lineTo x="21274" y="0"/>
              <wp:lineTo x="0" y="0"/>
            </wp:wrapPolygon>
          </wp:wrapTight>
          <wp:docPr id="2092471258" name="Imagem 2092471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EB69719" wp14:editId="20A08E04">
          <wp:simplePos x="0" y="0"/>
          <wp:positionH relativeFrom="column">
            <wp:posOffset>924713</wp:posOffset>
          </wp:positionH>
          <wp:positionV relativeFrom="paragraph">
            <wp:posOffset>-38100</wp:posOffset>
          </wp:positionV>
          <wp:extent cx="1805305" cy="535940"/>
          <wp:effectExtent l="0" t="0" r="0" b="0"/>
          <wp:wrapTight wrapText="bothSides">
            <wp:wrapPolygon edited="0">
              <wp:start x="0" y="0"/>
              <wp:lineTo x="0" y="20986"/>
              <wp:lineTo x="21425" y="20986"/>
              <wp:lineTo x="21425" y="0"/>
              <wp:lineTo x="0" y="0"/>
            </wp:wrapPolygon>
          </wp:wrapTight>
          <wp:docPr id="51174682" name="Imagem 51174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28DE8A95" wp14:editId="41178953">
          <wp:simplePos x="0" y="0"/>
          <wp:positionH relativeFrom="column">
            <wp:posOffset>2823837</wp:posOffset>
          </wp:positionH>
          <wp:positionV relativeFrom="paragraph">
            <wp:posOffset>-176530</wp:posOffset>
          </wp:positionV>
          <wp:extent cx="1490980" cy="744855"/>
          <wp:effectExtent l="0" t="0" r="0" b="4445"/>
          <wp:wrapTight wrapText="bothSides">
            <wp:wrapPolygon edited="0">
              <wp:start x="0" y="0"/>
              <wp:lineTo x="0" y="21361"/>
              <wp:lineTo x="21342" y="21361"/>
              <wp:lineTo x="21342" y="0"/>
              <wp:lineTo x="0" y="0"/>
            </wp:wrapPolygon>
          </wp:wrapTight>
          <wp:docPr id="442238411" name="Imagem 1" descr="Documento ABRASCO | ABE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umento ABRASCO | ABEN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7456" behindDoc="1" locked="0" layoutInCell="1" hidden="0" allowOverlap="1" wp14:anchorId="06CDFF95" wp14:editId="044837D5">
          <wp:simplePos x="0" y="0"/>
          <wp:positionH relativeFrom="column">
            <wp:posOffset>4404543</wp:posOffset>
          </wp:positionH>
          <wp:positionV relativeFrom="paragraph">
            <wp:posOffset>-71096</wp:posOffset>
          </wp:positionV>
          <wp:extent cx="1816735" cy="612775"/>
          <wp:effectExtent l="0" t="0" r="0" b="0"/>
          <wp:wrapNone/>
          <wp:docPr id="1473001384" name="image2.jp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O conteúdo gerado por IA pode estar incorreto."/>
                  <pic:cNvPicPr preferRelativeResize="0"/>
                </pic:nvPicPr>
                <pic:blipFill>
                  <a:blip r:embed="rId4"/>
                  <a:srcRect t="29760" b="22473"/>
                  <a:stretch>
                    <a:fillRect/>
                  </a:stretch>
                </pic:blipFill>
                <pic:spPr>
                  <a:xfrm>
                    <a:off x="0" y="0"/>
                    <a:ext cx="1816735" cy="612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992"/>
    <w:rsid w:val="0015074B"/>
    <w:rsid w:val="00211C2F"/>
    <w:rsid w:val="00282EF1"/>
    <w:rsid w:val="0029639D"/>
    <w:rsid w:val="002E2AD7"/>
    <w:rsid w:val="00326F90"/>
    <w:rsid w:val="00346CFA"/>
    <w:rsid w:val="00483A65"/>
    <w:rsid w:val="00486297"/>
    <w:rsid w:val="005C2C77"/>
    <w:rsid w:val="00635268"/>
    <w:rsid w:val="008116AD"/>
    <w:rsid w:val="00A00A57"/>
    <w:rsid w:val="00AA1D8D"/>
    <w:rsid w:val="00B14CEE"/>
    <w:rsid w:val="00B27EDB"/>
    <w:rsid w:val="00B44FED"/>
    <w:rsid w:val="00B47730"/>
    <w:rsid w:val="00B5314E"/>
    <w:rsid w:val="00BE7E48"/>
    <w:rsid w:val="00C2052E"/>
    <w:rsid w:val="00CB0664"/>
    <w:rsid w:val="00CE63C5"/>
    <w:rsid w:val="00DF7F4A"/>
    <w:rsid w:val="00F1534E"/>
    <w:rsid w:val="00F506F3"/>
    <w:rsid w:val="00FC2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E53ED"/>
  <w14:defaultImageDpi w14:val="300"/>
  <w15:docId w15:val="{2BCB943D-0F73-8945-8BB7-1FA1431F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BE7E4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7E48"/>
    <w:rPr>
      <w:color w:val="605E5C"/>
      <w:shd w:val="clear" w:color="auto" w:fill="E1DFDD"/>
    </w:rPr>
  </w:style>
  <w:style w:type="paragraph" w:customStyle="1" w:styleId="p1">
    <w:name w:val="p1"/>
    <w:basedOn w:val="Normal"/>
    <w:rsid w:val="00211C2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carvalho</cp:lastModifiedBy>
  <cp:revision>2</cp:revision>
  <cp:lastPrinted>2026-09-15T01:17:00Z</cp:lastPrinted>
  <dcterms:created xsi:type="dcterms:W3CDTF">2026-09-15T18:53:00Z</dcterms:created>
  <dcterms:modified xsi:type="dcterms:W3CDTF">2026-09-15T18:53:00Z</dcterms:modified>
  <cp:category/>
</cp:coreProperties>
</file>